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62C22D45" w:rsidP="7C4DCB1E" w:rsidRDefault="62C22D45" w14:paraId="0188CA21" w14:textId="17AF7DA9">
      <w:pPr>
        <w:pStyle w:val="Heading2"/>
        <w:spacing w:before="120" w:beforeAutospacing="off" w:after="120" w:afterAutospacing="off"/>
      </w:pPr>
      <w:r w:rsidRPr="7C4DCB1E" w:rsidR="62C22D45">
        <w:rPr>
          <w:rFonts w:ascii="Cambria" w:hAnsi="Cambria" w:eastAsia="Cambria" w:cs="Cambria"/>
          <w:b w:val="1"/>
          <w:bCs w:val="1"/>
          <w:noProof w:val="0"/>
          <w:sz w:val="36"/>
          <w:szCs w:val="36"/>
          <w:lang w:val="en-IE"/>
        </w:rPr>
        <w:t>EMERGE Mid-Term Evaluation Report</w:t>
      </w:r>
    </w:p>
    <w:p w:rsidR="62C22D45" w:rsidP="7C4DCB1E" w:rsidRDefault="62C22D45" w14:paraId="5AE4EC96" w14:textId="581A6AB9">
      <w:pPr>
        <w:spacing w:before="120" w:beforeAutospacing="off" w:after="120" w:afterAutospacing="off"/>
      </w:pPr>
      <w:r w:rsidRPr="7C4DCB1E" w:rsidR="62C22D45">
        <w:rPr>
          <w:rFonts w:ascii="Cambria" w:hAnsi="Cambria" w:eastAsia="Cambria" w:cs="Cambria"/>
          <w:b w:val="1"/>
          <w:bCs w:val="1"/>
          <w:noProof w:val="0"/>
          <w:sz w:val="22"/>
          <w:szCs w:val="22"/>
          <w:lang w:val="en-IE"/>
        </w:rPr>
        <w:t>You're</w:t>
      </w:r>
      <w:r w:rsidRPr="7C4DCB1E" w:rsidR="62C22D45">
        <w:rPr>
          <w:rFonts w:ascii="Cambria" w:hAnsi="Cambria" w:eastAsia="Cambria" w:cs="Cambria"/>
          <w:b w:val="1"/>
          <w:bCs w:val="1"/>
          <w:noProof w:val="0"/>
          <w:sz w:val="22"/>
          <w:szCs w:val="22"/>
          <w:lang w:val="en-IE"/>
        </w:rPr>
        <w:t xml:space="preserve"> halfway there! This report helps us check in on your progress, celebrate achievements, and offer support for what comes next.</w:t>
      </w:r>
      <w:r>
        <w:br/>
      </w:r>
      <w:r w:rsidRPr="7C4DCB1E" w:rsidR="62C22D45">
        <w:rPr>
          <w:rFonts w:ascii="Cambria" w:hAnsi="Cambria" w:eastAsia="Cambria" w:cs="Cambria"/>
          <w:noProof w:val="0"/>
          <w:sz w:val="22"/>
          <w:szCs w:val="22"/>
          <w:lang w:val="en-IE"/>
        </w:rPr>
        <w:t xml:space="preserve"> </w:t>
      </w:r>
      <w:r w:rsidRPr="7C4DCB1E" w:rsidR="62C22D45">
        <w:rPr>
          <w:rFonts w:ascii="Cambria" w:hAnsi="Cambria" w:eastAsia="Cambria" w:cs="Cambria"/>
          <w:i w:val="1"/>
          <w:iCs w:val="1"/>
          <w:noProof w:val="0"/>
          <w:sz w:val="22"/>
          <w:szCs w:val="22"/>
          <w:lang w:val="en-IE"/>
        </w:rPr>
        <w:t xml:space="preserve">Please complete and </w:t>
      </w:r>
      <w:r w:rsidRPr="7C4DCB1E" w:rsidR="62C22D45">
        <w:rPr>
          <w:rFonts w:ascii="Cambria" w:hAnsi="Cambria" w:eastAsia="Cambria" w:cs="Cambria"/>
          <w:i w:val="1"/>
          <w:iCs w:val="1"/>
          <w:noProof w:val="0"/>
          <w:sz w:val="22"/>
          <w:szCs w:val="22"/>
          <w:lang w:val="en-IE"/>
        </w:rPr>
        <w:t>submit</w:t>
      </w:r>
      <w:r w:rsidRPr="7C4DCB1E" w:rsidR="62C22D45">
        <w:rPr>
          <w:rFonts w:ascii="Cambria" w:hAnsi="Cambria" w:eastAsia="Cambria" w:cs="Cambria"/>
          <w:i w:val="1"/>
          <w:iCs w:val="1"/>
          <w:noProof w:val="0"/>
          <w:sz w:val="22"/>
          <w:szCs w:val="22"/>
          <w:lang w:val="en-IE"/>
        </w:rPr>
        <w:t xml:space="preserve"> this once, around the midpoint of your project.</w:t>
      </w:r>
    </w:p>
    <w:p w:rsidR="62C22D45" w:rsidP="7C4DCB1E" w:rsidRDefault="62C22D45" w14:paraId="2584362E" w14:textId="49FF1124">
      <w:pPr>
        <w:pStyle w:val="Heading3"/>
        <w:spacing w:before="120" w:beforeAutospacing="off" w:after="120" w:afterAutospacing="off"/>
      </w:pPr>
      <w:r w:rsidRPr="7C4DCB1E" w:rsidR="62C22D45">
        <w:rPr>
          <w:rFonts w:ascii="Cambria" w:hAnsi="Cambria" w:eastAsia="Cambria" w:cs="Cambria"/>
          <w:b w:val="1"/>
          <w:bCs w:val="1"/>
          <w:noProof w:val="0"/>
          <w:sz w:val="28"/>
          <w:szCs w:val="28"/>
          <w:lang w:val="en-IE"/>
        </w:rPr>
        <w:t xml:space="preserve">1. </w:t>
      </w:r>
      <w:r w:rsidRPr="7C4DCB1E" w:rsidR="0200FCF3">
        <w:rPr>
          <w:rFonts w:ascii="Cambria" w:hAnsi="Cambria" w:eastAsia="Cambria" w:cs="Cambria"/>
          <w:b w:val="1"/>
          <w:bCs w:val="1"/>
          <w:noProof w:val="0"/>
          <w:sz w:val="28"/>
          <w:szCs w:val="28"/>
          <w:lang w:val="en-IE"/>
        </w:rPr>
        <w:t xml:space="preserve"> </w:t>
      </w:r>
      <w:r w:rsidRPr="7C4DCB1E" w:rsidR="62C22D45">
        <w:rPr>
          <w:rFonts w:ascii="Cambria" w:hAnsi="Cambria" w:eastAsia="Cambria" w:cs="Cambria"/>
          <w:b w:val="1"/>
          <w:bCs w:val="1"/>
          <w:noProof w:val="0"/>
          <w:sz w:val="28"/>
          <w:szCs w:val="28"/>
          <w:lang w:val="en-IE"/>
        </w:rPr>
        <w:t>Project Information</w:t>
      </w:r>
    </w:p>
    <w:p w:rsidR="62C22D45" w:rsidP="7C4DCB1E" w:rsidRDefault="62C22D45" w14:paraId="73972A22" w14:textId="01BF9E65">
      <w:pPr>
        <w:pStyle w:val="ListParagraph"/>
        <w:numPr>
          <w:ilvl w:val="0"/>
          <w:numId w:val="10"/>
        </w:numPr>
        <w:spacing w:before="120" w:beforeAutospacing="off" w:after="120" w:afterAutospacing="off"/>
        <w:rPr>
          <w:rFonts w:ascii="Cambria" w:hAnsi="Cambria" w:eastAsia="Cambria" w:cs="Cambria"/>
          <w:b w:val="1"/>
          <w:bCs w:val="1"/>
          <w:noProof w:val="0"/>
          <w:sz w:val="22"/>
          <w:szCs w:val="22"/>
          <w:lang w:val="en-IE"/>
        </w:rPr>
      </w:pPr>
      <w:r w:rsidRPr="7C4DCB1E" w:rsidR="62C22D45">
        <w:rPr>
          <w:rFonts w:ascii="Cambria" w:hAnsi="Cambria" w:eastAsia="Cambria" w:cs="Cambria"/>
          <w:b w:val="1"/>
          <w:bCs w:val="1"/>
          <w:noProof w:val="0"/>
          <w:sz w:val="22"/>
          <w:szCs w:val="22"/>
          <w:lang w:val="en-IE"/>
        </w:rPr>
        <w:t>Project Title:</w:t>
      </w:r>
    </w:p>
    <w:p w:rsidR="62C22D45" w:rsidP="7C4DCB1E" w:rsidRDefault="62C22D45" w14:paraId="30AF3767" w14:textId="601997CF">
      <w:pPr>
        <w:pStyle w:val="ListParagraph"/>
        <w:numPr>
          <w:ilvl w:val="0"/>
          <w:numId w:val="10"/>
        </w:numPr>
        <w:spacing w:before="120" w:beforeAutospacing="off" w:after="120" w:afterAutospacing="off"/>
        <w:rPr>
          <w:rFonts w:ascii="Cambria" w:hAnsi="Cambria" w:eastAsia="Cambria" w:cs="Cambria"/>
          <w:b w:val="1"/>
          <w:bCs w:val="1"/>
          <w:noProof w:val="0"/>
          <w:sz w:val="22"/>
          <w:szCs w:val="22"/>
          <w:lang w:val="en-IE"/>
        </w:rPr>
      </w:pPr>
      <w:r w:rsidRPr="7C4DCB1E" w:rsidR="62C22D45">
        <w:rPr>
          <w:rFonts w:ascii="Cambria" w:hAnsi="Cambria" w:eastAsia="Cambria" w:cs="Cambria"/>
          <w:b w:val="1"/>
          <w:bCs w:val="1"/>
          <w:noProof w:val="0"/>
          <w:sz w:val="22"/>
          <w:szCs w:val="22"/>
          <w:lang w:val="en-IE"/>
        </w:rPr>
        <w:t>Your Name &amp; Role:</w:t>
      </w:r>
    </w:p>
    <w:p w:rsidR="62C22D45" w:rsidP="7C4DCB1E" w:rsidRDefault="62C22D45" w14:paraId="181A6FA6" w14:textId="338ACA77">
      <w:pPr>
        <w:pStyle w:val="ListParagraph"/>
        <w:numPr>
          <w:ilvl w:val="0"/>
          <w:numId w:val="10"/>
        </w:numPr>
        <w:spacing w:before="120" w:beforeAutospacing="off" w:after="120" w:afterAutospacing="off"/>
        <w:rPr>
          <w:rFonts w:ascii="Cambria" w:hAnsi="Cambria" w:eastAsia="Cambria" w:cs="Cambria"/>
          <w:b w:val="1"/>
          <w:bCs w:val="1"/>
          <w:noProof w:val="0"/>
          <w:sz w:val="22"/>
          <w:szCs w:val="22"/>
          <w:lang w:val="en-IE"/>
        </w:rPr>
      </w:pPr>
      <w:r w:rsidRPr="7C4DCB1E" w:rsidR="62C22D45">
        <w:rPr>
          <w:rFonts w:ascii="Cambria" w:hAnsi="Cambria" w:eastAsia="Cambria" w:cs="Cambria"/>
          <w:b w:val="1"/>
          <w:bCs w:val="1"/>
          <w:noProof w:val="0"/>
          <w:sz w:val="22"/>
          <w:szCs w:val="22"/>
          <w:lang w:val="en-IE"/>
        </w:rPr>
        <w:t>Start Date – Planned End Date:</w:t>
      </w:r>
    </w:p>
    <w:p w:rsidR="62C22D45" w:rsidP="7C4DCB1E" w:rsidRDefault="62C22D45" w14:paraId="58BA2D5D" w14:textId="2E57CD69">
      <w:pPr>
        <w:pStyle w:val="ListParagraph"/>
        <w:numPr>
          <w:ilvl w:val="0"/>
          <w:numId w:val="10"/>
        </w:numPr>
        <w:spacing w:before="120" w:beforeAutospacing="off" w:after="120" w:afterAutospacing="off"/>
        <w:rPr>
          <w:rFonts w:ascii="Cambria" w:hAnsi="Cambria" w:eastAsia="Cambria" w:cs="Cambria"/>
          <w:b w:val="1"/>
          <w:bCs w:val="1"/>
          <w:noProof w:val="0"/>
          <w:sz w:val="22"/>
          <w:szCs w:val="22"/>
          <w:lang w:val="en-IE"/>
        </w:rPr>
      </w:pPr>
      <w:r w:rsidRPr="7C4DCB1E" w:rsidR="62C22D45">
        <w:rPr>
          <w:rFonts w:ascii="Cambria" w:hAnsi="Cambria" w:eastAsia="Cambria" w:cs="Cambria"/>
          <w:b w:val="1"/>
          <w:bCs w:val="1"/>
          <w:noProof w:val="0"/>
          <w:sz w:val="22"/>
          <w:szCs w:val="22"/>
          <w:lang w:val="en-IE"/>
        </w:rPr>
        <w:t>External Partner(s):</w:t>
      </w:r>
    </w:p>
    <w:p w:rsidR="62C22D45" w:rsidP="7C4DCB1E" w:rsidRDefault="62C22D45" w14:paraId="5E2AD7D7" w14:textId="0B98B83C">
      <w:pPr>
        <w:pStyle w:val="ListParagraph"/>
        <w:numPr>
          <w:ilvl w:val="0"/>
          <w:numId w:val="10"/>
        </w:numPr>
        <w:spacing w:before="120" w:beforeAutospacing="off" w:after="120" w:afterAutospacing="off"/>
        <w:rPr>
          <w:rFonts w:ascii="Cambria" w:hAnsi="Cambria" w:eastAsia="Cambria" w:cs="Cambria"/>
          <w:b w:val="1"/>
          <w:bCs w:val="1"/>
          <w:noProof w:val="0"/>
          <w:sz w:val="22"/>
          <w:szCs w:val="22"/>
          <w:lang w:val="en-IE"/>
        </w:rPr>
      </w:pPr>
      <w:r w:rsidRPr="7C4DCB1E" w:rsidR="62C22D45">
        <w:rPr>
          <w:rFonts w:ascii="Cambria" w:hAnsi="Cambria" w:eastAsia="Cambria" w:cs="Cambria"/>
          <w:b w:val="1"/>
          <w:bCs w:val="1"/>
          <w:noProof w:val="0"/>
          <w:sz w:val="22"/>
          <w:szCs w:val="22"/>
          <w:lang w:val="en-IE"/>
        </w:rPr>
        <w:t>Other Team Members:</w:t>
      </w:r>
    </w:p>
    <w:p w:rsidR="62C22D45" w:rsidP="7C4DCB1E" w:rsidRDefault="62C22D45" w14:paraId="107214AB" w14:textId="2C986F03">
      <w:pPr>
        <w:pStyle w:val="Heading3"/>
        <w:spacing w:before="120" w:beforeAutospacing="off" w:after="120" w:afterAutospacing="off"/>
      </w:pPr>
      <w:r w:rsidRPr="7C4DCB1E" w:rsidR="62C22D45">
        <w:rPr>
          <w:rFonts w:ascii="Cambria" w:hAnsi="Cambria" w:eastAsia="Cambria" w:cs="Cambria"/>
          <w:b w:val="1"/>
          <w:bCs w:val="1"/>
          <w:noProof w:val="0"/>
          <w:sz w:val="28"/>
          <w:szCs w:val="28"/>
          <w:lang w:val="en-IE"/>
        </w:rPr>
        <w:t>2. Progress Overview</w:t>
      </w:r>
    </w:p>
    <w:p w:rsidR="62C22D45" w:rsidP="7C4DCB1E" w:rsidRDefault="62C22D45" w14:paraId="778CC0D4" w14:textId="1CA5E72A">
      <w:pPr>
        <w:spacing w:before="120" w:beforeAutospacing="off" w:after="120" w:afterAutospacing="off"/>
      </w:pPr>
      <w:r w:rsidRPr="7C4DCB1E" w:rsidR="62C22D45">
        <w:rPr>
          <w:rFonts w:ascii="Cambria" w:hAnsi="Cambria" w:eastAsia="Cambria" w:cs="Cambria"/>
          <w:b w:val="1"/>
          <w:bCs w:val="1"/>
          <w:noProof w:val="0"/>
          <w:sz w:val="22"/>
          <w:szCs w:val="22"/>
          <w:lang w:val="en-IE"/>
        </w:rPr>
        <w:t>What has your team done so far?</w:t>
      </w:r>
      <w:r>
        <w:br/>
      </w:r>
      <w:r w:rsidRPr="7C4DCB1E" w:rsidR="62C22D45">
        <w:rPr>
          <w:rFonts w:ascii="Cambria" w:hAnsi="Cambria" w:eastAsia="Cambria" w:cs="Cambria"/>
          <w:noProof w:val="0"/>
          <w:sz w:val="22"/>
          <w:szCs w:val="22"/>
          <w:lang w:val="en-IE"/>
        </w:rPr>
        <w:t xml:space="preserve"> Briefly describe the key activities completed, any milestones achieved, and how the project is going overall.</w:t>
      </w:r>
    </w:p>
    <w:p w:rsidR="1ADC4CC6" w:rsidP="7C4DCB1E" w:rsidRDefault="1ADC4CC6" w14:paraId="100B9B22" w14:textId="2FE81230">
      <w:pPr>
        <w:spacing w:before="120" w:beforeAutospacing="off" w:after="120" w:afterAutospacing="off"/>
        <w:rPr>
          <w:rFonts w:ascii="Cambria" w:hAnsi="Cambria" w:eastAsia="Cambria" w:cs="Cambria"/>
          <w:noProof w:val="0"/>
          <w:sz w:val="22"/>
          <w:szCs w:val="22"/>
          <w:lang w:val="en-IE"/>
        </w:rPr>
      </w:pPr>
      <w:r w:rsidRPr="7C4DCB1E" w:rsidR="1ADC4CC6">
        <w:rPr>
          <w:rFonts w:ascii="Cambria" w:hAnsi="Cambria" w:eastAsia="Cambria" w:cs="Cambria"/>
          <w:noProof w:val="0"/>
          <w:sz w:val="22"/>
          <w:szCs w:val="22"/>
          <w:lang w:val="en-IE"/>
        </w:rPr>
        <w:t xml:space="preserve">On a scale from 1 to 10, with 1 being at the starting point </w:t>
      </w:r>
      <w:r w:rsidRPr="7C4DCB1E" w:rsidR="4906EEEB">
        <w:rPr>
          <w:rFonts w:ascii="Cambria" w:hAnsi="Cambria" w:eastAsia="Cambria" w:cs="Cambria"/>
          <w:noProof w:val="0"/>
          <w:sz w:val="22"/>
          <w:szCs w:val="22"/>
          <w:lang w:val="en-IE"/>
        </w:rPr>
        <w:t>of your initiative and 10 your initiative is finished</w:t>
      </w:r>
      <w:r w:rsidRPr="7C4DCB1E" w:rsidR="7CF7EBB5">
        <w:rPr>
          <w:rFonts w:ascii="Cambria" w:hAnsi="Cambria" w:eastAsia="Cambria" w:cs="Cambria"/>
          <w:noProof w:val="0"/>
          <w:sz w:val="22"/>
          <w:szCs w:val="22"/>
          <w:lang w:val="en-IE"/>
        </w:rPr>
        <w:t xml:space="preserve">, please </w:t>
      </w:r>
      <w:r w:rsidRPr="7C4DCB1E" w:rsidR="7CF7EBB5">
        <w:rPr>
          <w:rFonts w:ascii="Cambria" w:hAnsi="Cambria" w:eastAsia="Cambria" w:cs="Cambria"/>
          <w:noProof w:val="0"/>
          <w:sz w:val="22"/>
          <w:szCs w:val="22"/>
          <w:lang w:val="en-IE"/>
        </w:rPr>
        <w:t>indicate</w:t>
      </w:r>
      <w:r w:rsidRPr="7C4DCB1E" w:rsidR="7CF7EBB5">
        <w:rPr>
          <w:rFonts w:ascii="Cambria" w:hAnsi="Cambria" w:eastAsia="Cambria" w:cs="Cambria"/>
          <w:noProof w:val="0"/>
          <w:sz w:val="22"/>
          <w:szCs w:val="22"/>
          <w:lang w:val="en-IE"/>
        </w:rPr>
        <w:t xml:space="preserve"> where you feel your initiative is?</w:t>
      </w:r>
      <w:r w:rsidRPr="7C4DCB1E" w:rsidR="51E896B0">
        <w:rPr>
          <w:rFonts w:ascii="Cambria" w:hAnsi="Cambria" w:eastAsia="Cambria" w:cs="Cambria"/>
          <w:noProof w:val="0"/>
          <w:sz w:val="22"/>
          <w:szCs w:val="22"/>
          <w:lang w:val="en-IE"/>
        </w:rPr>
        <w:t xml:space="preserve"> (each partner </w:t>
      </w:r>
      <w:r w:rsidRPr="7C4DCB1E" w:rsidR="51E896B0">
        <w:rPr>
          <w:rFonts w:ascii="Cambria" w:hAnsi="Cambria" w:eastAsia="Cambria" w:cs="Cambria"/>
          <w:noProof w:val="0"/>
          <w:sz w:val="22"/>
          <w:szCs w:val="22"/>
          <w:lang w:val="en-IE"/>
        </w:rPr>
        <w:t>has to</w:t>
      </w:r>
      <w:r w:rsidRPr="7C4DCB1E" w:rsidR="51E896B0">
        <w:rPr>
          <w:rFonts w:ascii="Cambria" w:hAnsi="Cambria" w:eastAsia="Cambria" w:cs="Cambria"/>
          <w:noProof w:val="0"/>
          <w:sz w:val="22"/>
          <w:szCs w:val="22"/>
          <w:lang w:val="en-IE"/>
        </w:rPr>
        <w:t xml:space="preserve"> add a </w:t>
      </w:r>
      <w:r w:rsidRPr="7C4DCB1E" w:rsidR="1DA8D25E">
        <w:rPr>
          <w:rFonts w:ascii="Cambria" w:hAnsi="Cambria" w:eastAsia="Cambria" w:cs="Cambria"/>
          <w:noProof w:val="0"/>
          <w:sz w:val="22"/>
          <w:szCs w:val="22"/>
          <w:lang w:val="en-IE"/>
        </w:rPr>
        <w:t>diagram).</w:t>
      </w:r>
    </w:p>
    <w:p w:rsidR="22BDFF27" w:rsidP="7C4DCB1E" w:rsidRDefault="22BDFF27" w14:paraId="674411D3" w14:textId="2B76E323">
      <w:pPr>
        <w:pStyle w:val="Heading3"/>
        <w:spacing w:before="120" w:beforeAutospacing="off" w:after="120" w:afterAutospacing="off"/>
      </w:pPr>
      <w:r w:rsidRPr="7C4DCB1E" w:rsidR="22BDFF27">
        <w:rPr>
          <w:rFonts w:ascii="Cambria" w:hAnsi="Cambria" w:eastAsia="Cambria" w:cs="Cambria"/>
          <w:b w:val="1"/>
          <w:bCs w:val="1"/>
          <w:noProof w:val="0"/>
          <w:sz w:val="28"/>
          <w:szCs w:val="28"/>
          <w:lang w:val="en-IE"/>
        </w:rPr>
        <w:t>3</w:t>
      </w:r>
      <w:r w:rsidRPr="7C4DCB1E" w:rsidR="62C22D45">
        <w:rPr>
          <w:rFonts w:ascii="Cambria" w:hAnsi="Cambria" w:eastAsia="Cambria" w:cs="Cambria"/>
          <w:b w:val="1"/>
          <w:bCs w:val="1"/>
          <w:noProof w:val="0"/>
          <w:sz w:val="28"/>
          <w:szCs w:val="28"/>
          <w:lang w:val="en-IE"/>
        </w:rPr>
        <w:t xml:space="preserve">. </w:t>
      </w:r>
      <w:r w:rsidRPr="7C4DCB1E" w:rsidR="2F0C185F">
        <w:rPr>
          <w:rFonts w:ascii="Cambria" w:hAnsi="Cambria" w:eastAsia="Cambria" w:cs="Cambria"/>
          <w:b w:val="1"/>
          <w:bCs w:val="1"/>
          <w:noProof w:val="0"/>
          <w:sz w:val="28"/>
          <w:szCs w:val="28"/>
          <w:lang w:val="en-IE"/>
        </w:rPr>
        <w:t xml:space="preserve">Impact </w:t>
      </w:r>
      <w:r w:rsidRPr="7C4DCB1E" w:rsidR="62C22D45">
        <w:rPr>
          <w:rFonts w:ascii="Cambria" w:hAnsi="Cambria" w:eastAsia="Cambria" w:cs="Cambria"/>
          <w:b w:val="1"/>
          <w:bCs w:val="1"/>
          <w:noProof w:val="0"/>
          <w:sz w:val="28"/>
          <w:szCs w:val="28"/>
          <w:lang w:val="en-IE"/>
        </w:rPr>
        <w:t xml:space="preserve">&amp; </w:t>
      </w:r>
      <w:r w:rsidRPr="7C4DCB1E" w:rsidR="08DD9821">
        <w:rPr>
          <w:rFonts w:ascii="Cambria" w:hAnsi="Cambria" w:eastAsia="Cambria" w:cs="Cambria"/>
          <w:b w:val="1"/>
          <w:bCs w:val="1"/>
          <w:noProof w:val="0"/>
          <w:sz w:val="28"/>
          <w:szCs w:val="28"/>
          <w:lang w:val="en-IE"/>
        </w:rPr>
        <w:t>Engagement</w:t>
      </w:r>
    </w:p>
    <w:p w:rsidR="62C22D45" w:rsidP="7C4DCB1E" w:rsidRDefault="62C22D45" w14:paraId="11C7CFEE" w14:textId="361B30DA">
      <w:pPr>
        <w:spacing w:before="120" w:beforeAutospacing="off" w:after="120" w:afterAutospacing="off"/>
        <w:rPr>
          <w:rFonts w:ascii="Cambria" w:hAnsi="Cambria" w:eastAsia="Cambria" w:cs="Cambria"/>
          <w:noProof w:val="0"/>
          <w:sz w:val="22"/>
          <w:szCs w:val="22"/>
          <w:lang w:val="en-IE"/>
        </w:rPr>
      </w:pPr>
      <w:r w:rsidRPr="7C4DCB1E" w:rsidR="62C22D45">
        <w:rPr>
          <w:rFonts w:ascii="Cambria" w:hAnsi="Cambria" w:eastAsia="Cambria" w:cs="Cambria"/>
          <w:b w:val="1"/>
          <w:bCs w:val="1"/>
          <w:noProof w:val="0"/>
          <w:sz w:val="22"/>
          <w:szCs w:val="22"/>
          <w:lang w:val="en-IE"/>
        </w:rPr>
        <w:t xml:space="preserve">Who has </w:t>
      </w:r>
      <w:r w:rsidRPr="7C4DCB1E" w:rsidR="62C22D45">
        <w:rPr>
          <w:rFonts w:ascii="Cambria" w:hAnsi="Cambria" w:eastAsia="Cambria" w:cs="Cambria"/>
          <w:b w:val="1"/>
          <w:bCs w:val="1"/>
          <w:noProof w:val="0"/>
          <w:sz w:val="22"/>
          <w:szCs w:val="22"/>
          <w:lang w:val="en-IE"/>
        </w:rPr>
        <w:t>benefited</w:t>
      </w:r>
      <w:r w:rsidRPr="7C4DCB1E" w:rsidR="262B128A">
        <w:rPr>
          <w:rFonts w:ascii="Cambria" w:hAnsi="Cambria" w:eastAsia="Cambria" w:cs="Cambria"/>
          <w:b w:val="1"/>
          <w:bCs w:val="1"/>
          <w:noProof w:val="0"/>
          <w:sz w:val="22"/>
          <w:szCs w:val="22"/>
          <w:lang w:val="en-IE"/>
        </w:rPr>
        <w:t xml:space="preserve"> from your initiative so far</w:t>
      </w:r>
      <w:r w:rsidRPr="7C4DCB1E" w:rsidR="62C22D45">
        <w:rPr>
          <w:rFonts w:ascii="Cambria" w:hAnsi="Cambria" w:eastAsia="Cambria" w:cs="Cambria"/>
          <w:b w:val="1"/>
          <w:bCs w:val="1"/>
          <w:noProof w:val="0"/>
          <w:sz w:val="22"/>
          <w:szCs w:val="22"/>
          <w:lang w:val="en-IE"/>
        </w:rPr>
        <w:t>?</w:t>
      </w:r>
      <w:r>
        <w:br/>
      </w:r>
      <w:r w:rsidR="5C05851F">
        <w:rPr/>
        <w:t xml:space="preserve">☐ </w:t>
      </w:r>
      <w:r w:rsidR="5C05851F">
        <w:rPr/>
        <w:t>Students  ☐</w:t>
      </w:r>
      <w:r w:rsidR="5C05851F">
        <w:rPr/>
        <w:t xml:space="preserve"> Academic </w:t>
      </w:r>
      <w:r w:rsidR="5C05851F">
        <w:rPr/>
        <w:t>staff  ☐</w:t>
      </w:r>
      <w:r w:rsidR="5C05851F">
        <w:rPr/>
        <w:t xml:space="preserve"> Local </w:t>
      </w:r>
      <w:r w:rsidR="5C05851F">
        <w:rPr/>
        <w:t>community  ☐</w:t>
      </w:r>
      <w:r w:rsidR="5C05851F">
        <w:rPr/>
        <w:t xml:space="preserve"> </w:t>
      </w:r>
      <w:r w:rsidR="5C05851F">
        <w:rPr/>
        <w:t>NGOs  ☐</w:t>
      </w:r>
      <w:r w:rsidR="5C05851F">
        <w:rPr/>
        <w:t xml:space="preserve"> </w:t>
      </w:r>
      <w:r w:rsidR="5C05851F">
        <w:rPr/>
        <w:t>Companies  ☐</w:t>
      </w:r>
      <w:r w:rsidR="5C05851F">
        <w:rPr/>
        <w:t xml:space="preserve"> Public </w:t>
      </w:r>
      <w:r w:rsidR="5C05851F">
        <w:rPr/>
        <w:t>authorities  ☐</w:t>
      </w:r>
      <w:r w:rsidR="5C05851F">
        <w:rPr/>
        <w:t xml:space="preserve"> Other: ___________</w:t>
      </w:r>
      <w:r w:rsidR="5C05851F">
        <w:rPr/>
        <w:t>_</w:t>
      </w:r>
      <w:r w:rsidR="0498769C">
        <w:rPr/>
        <w:t xml:space="preserve">  ☐</w:t>
      </w:r>
      <w:r w:rsidR="0498769C">
        <w:rPr/>
        <w:t xml:space="preserve"> No one yet</w:t>
      </w:r>
      <w:r w:rsidR="0498769C">
        <w:rPr/>
        <w:t xml:space="preserve"> ☐ No one yet</w:t>
      </w:r>
      <w:r w:rsidR="0498769C">
        <w:rPr/>
        <w:t xml:space="preserve"> </w:t>
      </w:r>
    </w:p>
    <w:p w:rsidR="6DFBE1B7" w:rsidP="7C4DCB1E" w:rsidRDefault="6DFBE1B7" w14:paraId="0B4B1919" w14:textId="6310EF9D">
      <w:pPr>
        <w:pStyle w:val="Heading3"/>
        <w:spacing w:before="120" w:beforeAutospacing="off" w:after="120" w:afterAutospacing="off"/>
      </w:pPr>
      <w:r w:rsidRPr="7C4DCB1E" w:rsidR="6DFBE1B7">
        <w:rPr>
          <w:rFonts w:ascii="Cambria" w:hAnsi="Cambria" w:eastAsia="Cambria" w:cs="Cambria"/>
          <w:b w:val="1"/>
          <w:bCs w:val="1"/>
          <w:noProof w:val="0"/>
          <w:sz w:val="28"/>
          <w:szCs w:val="28"/>
          <w:lang w:val="en-IE"/>
        </w:rPr>
        <w:t>4</w:t>
      </w:r>
      <w:r w:rsidRPr="7C4DCB1E" w:rsidR="62C22D45">
        <w:rPr>
          <w:rFonts w:ascii="Cambria" w:hAnsi="Cambria" w:eastAsia="Cambria" w:cs="Cambria"/>
          <w:b w:val="1"/>
          <w:bCs w:val="1"/>
          <w:noProof w:val="0"/>
          <w:sz w:val="28"/>
          <w:szCs w:val="28"/>
          <w:lang w:val="en-IE"/>
        </w:rPr>
        <w:t>. Highlights, Outcomes, or Learnings</w:t>
      </w:r>
    </w:p>
    <w:p w:rsidR="62C22D45" w:rsidP="7C4DCB1E" w:rsidRDefault="62C22D45" w14:paraId="45E590F6" w14:textId="75C05627">
      <w:pPr>
        <w:spacing w:before="120" w:beforeAutospacing="off" w:after="120" w:afterAutospacing="off"/>
      </w:pPr>
      <w:r w:rsidRPr="7C4DCB1E" w:rsidR="62C22D45">
        <w:rPr>
          <w:rFonts w:ascii="Cambria" w:hAnsi="Cambria" w:eastAsia="Cambria" w:cs="Cambria"/>
          <w:b w:val="1"/>
          <w:bCs w:val="1"/>
          <w:noProof w:val="0"/>
          <w:sz w:val="22"/>
          <w:szCs w:val="22"/>
          <w:lang w:val="en-IE"/>
        </w:rPr>
        <w:t xml:space="preserve">Share any exciting moments, first results, feedback, or things </w:t>
      </w:r>
      <w:r w:rsidRPr="7C4DCB1E" w:rsidR="62C22D45">
        <w:rPr>
          <w:rFonts w:ascii="Cambria" w:hAnsi="Cambria" w:eastAsia="Cambria" w:cs="Cambria"/>
          <w:b w:val="1"/>
          <w:bCs w:val="1"/>
          <w:noProof w:val="0"/>
          <w:sz w:val="22"/>
          <w:szCs w:val="22"/>
          <w:lang w:val="en-IE"/>
        </w:rPr>
        <w:t>you’ve</w:t>
      </w:r>
      <w:r w:rsidRPr="7C4DCB1E" w:rsidR="62C22D45">
        <w:rPr>
          <w:rFonts w:ascii="Cambria" w:hAnsi="Cambria" w:eastAsia="Cambria" w:cs="Cambria"/>
          <w:b w:val="1"/>
          <w:bCs w:val="1"/>
          <w:noProof w:val="0"/>
          <w:sz w:val="22"/>
          <w:szCs w:val="22"/>
          <w:lang w:val="en-IE"/>
        </w:rPr>
        <w:t xml:space="preserve"> learned.</w:t>
      </w:r>
      <w:r>
        <w:br/>
      </w:r>
      <w:r w:rsidRPr="7C4DCB1E" w:rsidR="62C22D45">
        <w:rPr>
          <w:rFonts w:ascii="Cambria" w:hAnsi="Cambria" w:eastAsia="Cambria" w:cs="Cambria"/>
          <w:noProof w:val="0"/>
          <w:sz w:val="22"/>
          <w:szCs w:val="22"/>
          <w:lang w:val="en-IE"/>
        </w:rPr>
        <w:t xml:space="preserve"> Photos, quotes, links, or short stories are all welcome!</w:t>
      </w:r>
    </w:p>
    <w:p w:rsidR="2DC96803" w:rsidP="7C4DCB1E" w:rsidRDefault="2DC96803" w14:paraId="09FAEFA7" w14:textId="4BF19FAB">
      <w:pPr>
        <w:pStyle w:val="Heading3"/>
        <w:spacing w:before="120" w:beforeAutospacing="off" w:after="120" w:afterAutospacing="off"/>
      </w:pPr>
      <w:r w:rsidRPr="7C4DCB1E" w:rsidR="2DC96803">
        <w:rPr>
          <w:rFonts w:ascii="Cambria" w:hAnsi="Cambria" w:eastAsia="Cambria" w:cs="Cambria"/>
          <w:b w:val="1"/>
          <w:bCs w:val="1"/>
          <w:noProof w:val="0"/>
          <w:sz w:val="28"/>
          <w:szCs w:val="28"/>
          <w:lang w:val="en-IE"/>
        </w:rPr>
        <w:t>5</w:t>
      </w:r>
      <w:r w:rsidRPr="7C4DCB1E" w:rsidR="62C22D45">
        <w:rPr>
          <w:rFonts w:ascii="Cambria" w:hAnsi="Cambria" w:eastAsia="Cambria" w:cs="Cambria"/>
          <w:b w:val="1"/>
          <w:bCs w:val="1"/>
          <w:noProof w:val="0"/>
          <w:sz w:val="28"/>
          <w:szCs w:val="28"/>
          <w:lang w:val="en-IE"/>
        </w:rPr>
        <w:t>. Challenges &amp; Needs</w:t>
      </w:r>
    </w:p>
    <w:p w:rsidR="62C22D45" w:rsidP="7C4DCB1E" w:rsidRDefault="62C22D45" w14:paraId="5C7369D4" w14:textId="099C2280">
      <w:pPr>
        <w:spacing w:before="120" w:beforeAutospacing="off" w:after="120" w:afterAutospacing="off"/>
      </w:pPr>
      <w:r w:rsidRPr="7C4DCB1E" w:rsidR="62C22D45">
        <w:rPr>
          <w:rFonts w:ascii="Cambria" w:hAnsi="Cambria" w:eastAsia="Cambria" w:cs="Cambria"/>
          <w:b w:val="1"/>
          <w:bCs w:val="1"/>
          <w:noProof w:val="0"/>
          <w:sz w:val="22"/>
          <w:szCs w:val="22"/>
          <w:lang w:val="en-IE"/>
        </w:rPr>
        <w:t>Have you faced any difficulties?</w:t>
      </w:r>
      <w:r>
        <w:br/>
      </w:r>
      <w:r w:rsidRPr="7C4DCB1E" w:rsidR="62C22D45">
        <w:rPr>
          <w:rFonts w:ascii="Cambria" w:hAnsi="Cambria" w:eastAsia="Cambria" w:cs="Cambria"/>
          <w:noProof w:val="0"/>
          <w:sz w:val="22"/>
          <w:szCs w:val="22"/>
          <w:lang w:val="en-IE"/>
        </w:rPr>
        <w:t xml:space="preserve"> 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235"/>
        <w:gridCol w:w="3135"/>
      </w:tblGrid>
      <w:tr w:rsidR="7C4DCB1E" w:rsidTr="7C4DCB1E" w14:paraId="6AC9AB5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Mar/>
          </w:tcPr>
          <w:p w:rsidR="7C4DCB1E" w:rsidP="7C4DCB1E" w:rsidRDefault="7C4DCB1E" w14:paraId="48014167" w14:textId="0A7026BA">
            <w:pPr>
              <w:spacing w:before="120" w:beforeAutospacing="off" w:after="120" w:afterAutospacing="off"/>
            </w:pPr>
            <w:r w:rsidR="7C4DCB1E">
              <w:rPr/>
              <w:t>Challenge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35" w:type="dxa"/>
            <w:tcMar/>
          </w:tcPr>
          <w:p w:rsidR="239F1877" w:rsidP="7C4DCB1E" w:rsidRDefault="239F1877" w14:paraId="316D157D" w14:textId="42143943">
            <w:pPr>
              <w:spacing w:before="120" w:beforeAutospacing="off" w:after="120" w:afterAutospacing="off"/>
            </w:pPr>
            <w:r w:rsidR="239F1877">
              <w:rPr/>
              <w:t>Needs</w:t>
            </w:r>
          </w:p>
        </w:tc>
      </w:tr>
      <w:tr w:rsidR="7C4DCB1E" w:rsidTr="7C4DCB1E" w14:paraId="596AD1C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Mar/>
          </w:tcPr>
          <w:p w:rsidR="7C4DCB1E" w:rsidP="7C4DCB1E" w:rsidRDefault="7C4DCB1E" w14:paraId="274508BC" w14:textId="0BF7854E">
            <w:pPr>
              <w:pStyle w:val="Normal"/>
              <w:suppressLineNumbers w:val="0"/>
              <w:bidi w:val="0"/>
              <w:spacing w:before="120" w:beforeAutospacing="off" w:after="120" w:afterAutospacing="off" w:line="240" w:lineRule="auto"/>
              <w:ind w:left="0" w:right="0"/>
              <w:jc w:val="left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35" w:type="dxa"/>
            <w:tcMar/>
          </w:tcPr>
          <w:p w:rsidR="7C4DCB1E" w:rsidP="7C4DCB1E" w:rsidRDefault="7C4DCB1E" w14:paraId="03446FA2">
            <w:pPr>
              <w:spacing w:before="120" w:beforeAutospacing="off" w:after="120" w:afterAutospacing="off"/>
            </w:pPr>
          </w:p>
        </w:tc>
      </w:tr>
    </w:tbl>
    <w:p w:rsidR="7C4DCB1E" w:rsidP="7C4DCB1E" w:rsidRDefault="7C4DCB1E" w14:paraId="79635D8D" w14:textId="415DEB1E">
      <w:pPr>
        <w:pStyle w:val="Heading3"/>
        <w:spacing w:before="120" w:beforeAutospacing="off" w:after="120" w:afterAutospacing="off"/>
        <w:rPr>
          <w:rFonts w:ascii="Cambria" w:hAnsi="Cambria" w:eastAsia="Cambria" w:cs="Cambria"/>
          <w:b w:val="1"/>
          <w:bCs w:val="1"/>
          <w:noProof w:val="0"/>
          <w:sz w:val="28"/>
          <w:szCs w:val="28"/>
          <w:lang w:val="en-IE"/>
        </w:rPr>
      </w:pPr>
    </w:p>
    <w:p w:rsidR="5E80C109" w:rsidP="7C4DCB1E" w:rsidRDefault="5E80C109" w14:paraId="6EC46231" w14:textId="1E702771">
      <w:pPr>
        <w:pStyle w:val="Heading3"/>
        <w:spacing w:before="120" w:beforeAutospacing="off" w:after="120" w:afterAutospacing="off"/>
      </w:pPr>
      <w:r w:rsidRPr="7C4DCB1E" w:rsidR="5E80C109">
        <w:rPr>
          <w:rFonts w:ascii="Cambria" w:hAnsi="Cambria" w:eastAsia="Cambria" w:cs="Cambria"/>
          <w:b w:val="1"/>
          <w:bCs w:val="1"/>
          <w:noProof w:val="0"/>
          <w:sz w:val="28"/>
          <w:szCs w:val="28"/>
          <w:lang w:val="en-IE"/>
        </w:rPr>
        <w:t>6</w:t>
      </w:r>
      <w:r w:rsidRPr="7C4DCB1E" w:rsidR="62C22D45">
        <w:rPr>
          <w:rFonts w:ascii="Cambria" w:hAnsi="Cambria" w:eastAsia="Cambria" w:cs="Cambria"/>
          <w:b w:val="1"/>
          <w:bCs w:val="1"/>
          <w:noProof w:val="0"/>
          <w:sz w:val="28"/>
          <w:szCs w:val="28"/>
          <w:lang w:val="en-IE"/>
        </w:rPr>
        <w:t>. What’s Next?</w:t>
      </w:r>
    </w:p>
    <w:p w:rsidR="62C22D45" w:rsidP="7C4DCB1E" w:rsidRDefault="62C22D45" w14:paraId="76BEDA27" w14:textId="563D2672">
      <w:pPr>
        <w:spacing w:before="120" w:beforeAutospacing="off" w:after="120" w:afterAutospacing="off"/>
      </w:pPr>
      <w:r w:rsidRPr="7C4DCB1E" w:rsidR="62C22D45">
        <w:rPr>
          <w:rFonts w:ascii="Cambria" w:hAnsi="Cambria" w:eastAsia="Cambria" w:cs="Cambria"/>
          <w:b w:val="1"/>
          <w:bCs w:val="1"/>
          <w:noProof w:val="0"/>
          <w:sz w:val="22"/>
          <w:szCs w:val="22"/>
          <w:lang w:val="en-IE"/>
        </w:rPr>
        <w:t>What’s</w:t>
      </w:r>
      <w:r w:rsidRPr="7C4DCB1E" w:rsidR="62C22D45">
        <w:rPr>
          <w:rFonts w:ascii="Cambria" w:hAnsi="Cambria" w:eastAsia="Cambria" w:cs="Cambria"/>
          <w:b w:val="1"/>
          <w:bCs w:val="1"/>
          <w:noProof w:val="0"/>
          <w:sz w:val="22"/>
          <w:szCs w:val="22"/>
          <w:lang w:val="en-IE"/>
        </w:rPr>
        <w:t xml:space="preserve"> planned for the rest of the project?</w:t>
      </w:r>
      <w:r>
        <w:br/>
      </w:r>
      <w:r w:rsidRPr="7C4DCB1E" w:rsidR="62C22D45">
        <w:rPr>
          <w:rFonts w:ascii="Cambria" w:hAnsi="Cambria" w:eastAsia="Cambria" w:cs="Cambria"/>
          <w:noProof w:val="0"/>
          <w:sz w:val="22"/>
          <w:szCs w:val="22"/>
          <w:lang w:val="en-IE"/>
        </w:rPr>
        <w:t xml:space="preserve"> Let us know your next steps or what </w:t>
      </w:r>
      <w:r w:rsidRPr="7C4DCB1E" w:rsidR="62C22D45">
        <w:rPr>
          <w:rFonts w:ascii="Cambria" w:hAnsi="Cambria" w:eastAsia="Cambria" w:cs="Cambria"/>
          <w:noProof w:val="0"/>
          <w:sz w:val="22"/>
          <w:szCs w:val="22"/>
          <w:lang w:val="en-IE"/>
        </w:rPr>
        <w:t>you're</w:t>
      </w:r>
      <w:r w:rsidRPr="7C4DCB1E" w:rsidR="62C22D45">
        <w:rPr>
          <w:rFonts w:ascii="Cambria" w:hAnsi="Cambria" w:eastAsia="Cambria" w:cs="Cambria"/>
          <w:noProof w:val="0"/>
          <w:sz w:val="22"/>
          <w:szCs w:val="22"/>
          <w:lang w:val="en-IE"/>
        </w:rPr>
        <w:t xml:space="preserve"> most excited about going forward.</w:t>
      </w:r>
    </w:p>
    <w:sectPr w:rsidR="00813AC1" w:rsidSect="00034616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0">
    <w:nsid w:val="695cf9e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635ec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1">
    <w:abstractNumId w:val="10"/>
  </w:num>
  <w:num w:numId="10">
    <w:abstractNumId w:val="9"/>
  </w:num>
  <w:num w:numId="1" w16cid:durableId="1496067485">
    <w:abstractNumId w:val="8"/>
  </w:num>
  <w:num w:numId="2" w16cid:durableId="120803528">
    <w:abstractNumId w:val="6"/>
  </w:num>
  <w:num w:numId="3" w16cid:durableId="543980207">
    <w:abstractNumId w:val="5"/>
  </w:num>
  <w:num w:numId="4" w16cid:durableId="1651057313">
    <w:abstractNumId w:val="4"/>
  </w:num>
  <w:num w:numId="5" w16cid:durableId="618874442">
    <w:abstractNumId w:val="7"/>
  </w:num>
  <w:num w:numId="6" w16cid:durableId="310600264">
    <w:abstractNumId w:val="3"/>
  </w:num>
  <w:num w:numId="7" w16cid:durableId="1638215953">
    <w:abstractNumId w:val="2"/>
  </w:num>
  <w:num w:numId="8" w16cid:durableId="620116188">
    <w:abstractNumId w:val="1"/>
  </w:num>
  <w:num w:numId="9" w16cid:durableId="730621120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dirty"/>
  <w:trackRevisions w:val="false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40BE"/>
    <w:rsid w:val="0015074B"/>
    <w:rsid w:val="0029639D"/>
    <w:rsid w:val="002E4C6A"/>
    <w:rsid w:val="00326F90"/>
    <w:rsid w:val="004E463D"/>
    <w:rsid w:val="005B6DF6"/>
    <w:rsid w:val="0069434E"/>
    <w:rsid w:val="00813AC1"/>
    <w:rsid w:val="00910238"/>
    <w:rsid w:val="00937452"/>
    <w:rsid w:val="00AA1D8D"/>
    <w:rsid w:val="00B04B36"/>
    <w:rsid w:val="00B47730"/>
    <w:rsid w:val="00CB0664"/>
    <w:rsid w:val="00DD28E7"/>
    <w:rsid w:val="00E72080"/>
    <w:rsid w:val="00FA0B73"/>
    <w:rsid w:val="00FC693F"/>
    <w:rsid w:val="00FE0C07"/>
    <w:rsid w:val="00FE26FE"/>
    <w:rsid w:val="016C7808"/>
    <w:rsid w:val="0200FCF3"/>
    <w:rsid w:val="02CAEED6"/>
    <w:rsid w:val="02F66D1A"/>
    <w:rsid w:val="0498769C"/>
    <w:rsid w:val="04E20EDF"/>
    <w:rsid w:val="04E34B30"/>
    <w:rsid w:val="08DD9821"/>
    <w:rsid w:val="09748E0F"/>
    <w:rsid w:val="0B59C04B"/>
    <w:rsid w:val="0B79461C"/>
    <w:rsid w:val="0C5E5EEB"/>
    <w:rsid w:val="1071DFCB"/>
    <w:rsid w:val="10845F01"/>
    <w:rsid w:val="113750C1"/>
    <w:rsid w:val="118BED26"/>
    <w:rsid w:val="123A67FD"/>
    <w:rsid w:val="1273F7C5"/>
    <w:rsid w:val="1273F7C5"/>
    <w:rsid w:val="12B200FF"/>
    <w:rsid w:val="12F14E5D"/>
    <w:rsid w:val="144E10DA"/>
    <w:rsid w:val="152455D4"/>
    <w:rsid w:val="16BC5CF7"/>
    <w:rsid w:val="192D1160"/>
    <w:rsid w:val="1ADC4CC6"/>
    <w:rsid w:val="1C248427"/>
    <w:rsid w:val="1DA8D25E"/>
    <w:rsid w:val="1E96D791"/>
    <w:rsid w:val="20BB5A3D"/>
    <w:rsid w:val="20C23137"/>
    <w:rsid w:val="20D35C6B"/>
    <w:rsid w:val="22BDFF27"/>
    <w:rsid w:val="2365DE05"/>
    <w:rsid w:val="239F1877"/>
    <w:rsid w:val="2440B4A3"/>
    <w:rsid w:val="25F43AA4"/>
    <w:rsid w:val="262B128A"/>
    <w:rsid w:val="2AC230DE"/>
    <w:rsid w:val="2C5AC886"/>
    <w:rsid w:val="2D9E12F4"/>
    <w:rsid w:val="2DC96803"/>
    <w:rsid w:val="2EC488E8"/>
    <w:rsid w:val="2EC488E8"/>
    <w:rsid w:val="2F0C185F"/>
    <w:rsid w:val="2FE34BC6"/>
    <w:rsid w:val="31143F6F"/>
    <w:rsid w:val="3241F05F"/>
    <w:rsid w:val="335D9A6E"/>
    <w:rsid w:val="380A3B67"/>
    <w:rsid w:val="39D61D89"/>
    <w:rsid w:val="3D4BB40D"/>
    <w:rsid w:val="3D6751F0"/>
    <w:rsid w:val="3F1855D8"/>
    <w:rsid w:val="429B2887"/>
    <w:rsid w:val="466F4CB7"/>
    <w:rsid w:val="48210502"/>
    <w:rsid w:val="48F088DC"/>
    <w:rsid w:val="4906EEEB"/>
    <w:rsid w:val="4965F642"/>
    <w:rsid w:val="4CC054BC"/>
    <w:rsid w:val="4D147334"/>
    <w:rsid w:val="4E2C17DF"/>
    <w:rsid w:val="4EAC489A"/>
    <w:rsid w:val="51E896B0"/>
    <w:rsid w:val="52B41B79"/>
    <w:rsid w:val="54BFCDE5"/>
    <w:rsid w:val="5584555A"/>
    <w:rsid w:val="55866FED"/>
    <w:rsid w:val="5669D9D0"/>
    <w:rsid w:val="56BC4933"/>
    <w:rsid w:val="59F19874"/>
    <w:rsid w:val="5BF38BCE"/>
    <w:rsid w:val="5C05851F"/>
    <w:rsid w:val="5C8D2303"/>
    <w:rsid w:val="5DE41B76"/>
    <w:rsid w:val="5E80C109"/>
    <w:rsid w:val="5EDFB91E"/>
    <w:rsid w:val="5F15C16B"/>
    <w:rsid w:val="618103B1"/>
    <w:rsid w:val="62C22D45"/>
    <w:rsid w:val="63FCAB8E"/>
    <w:rsid w:val="69074F49"/>
    <w:rsid w:val="6AA016AD"/>
    <w:rsid w:val="6DE9EE89"/>
    <w:rsid w:val="6DFBE1B7"/>
    <w:rsid w:val="717F63AE"/>
    <w:rsid w:val="73F714BA"/>
    <w:rsid w:val="745C90AD"/>
    <w:rsid w:val="77E41B49"/>
    <w:rsid w:val="77E76CCB"/>
    <w:rsid w:val="78BDD7A1"/>
    <w:rsid w:val="7C4DCB1E"/>
    <w:rsid w:val="7CC27B06"/>
    <w:rsid w:val="7CF7EBB5"/>
    <w:rsid w:val="7E0DC6CE"/>
    <w:rsid w:val="7ED2A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AFBBF4"/>
  <w14:defaultImageDpi w14:val="300"/>
  <w15:docId w15:val="{9AB6E692-51CD-4A90-A435-00C0AE95E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rPr>
      <w:lang w:val="en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PlainTable1">
    <w:name w:val="Plain Table 1"/>
    <w:basedOn w:val="TableNormal"/>
    <w:uiPriority w:val="41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  <w:lang w:val="en-I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microsoft.com/office/2016/09/relationships/commentsIds" Target="commentsId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microsoft.com/office/2011/relationships/commentsExtended" Target="commentsExtended.xml"/><Relationship Id="rId4" Type="http://schemas.openxmlformats.org/officeDocument/2006/relationships/customXml" Target="../customXml/item4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3C12DF564E794B9CD76A213295074B" ma:contentTypeVersion="13" ma:contentTypeDescription="Opprett et nytt dokument." ma:contentTypeScope="" ma:versionID="c1c0014aec55e2c820cb08c303d38c54">
  <xsd:schema xmlns:xsd="http://www.w3.org/2001/XMLSchema" xmlns:xs="http://www.w3.org/2001/XMLSchema" xmlns:p="http://schemas.microsoft.com/office/2006/metadata/properties" xmlns:ns2="62766432-b89a-4e41-bd29-8074e955e2f0" xmlns:ns3="c618e071-2414-464c-baa9-517fed533300" targetNamespace="http://schemas.microsoft.com/office/2006/metadata/properties" ma:root="true" ma:fieldsID="3daa305fdf4ca2a1c4bc5e4b02dbaeb2" ns2:_="" ns3:_="">
    <xsd:import namespace="62766432-b89a-4e41-bd29-8074e955e2f0"/>
    <xsd:import namespace="c618e071-2414-464c-baa9-517fed53330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766432-b89a-4e41-bd29-8074e955e2f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t-ID-verdi" ma:description="Verdien for dokument-IDen som er tilordnet elementet." ma:indexed="true" ma:internalName="_dlc_DocId" ma:readOnly="true">
      <xsd:simpleType>
        <xsd:restriction base="dms:Text"/>
      </xsd:simpleType>
    </xsd:element>
    <xsd:element name="_dlc_DocIdUrl" ma:index="9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6eeff269-00fc-4a72-957a-27e711779336}" ma:internalName="TaxCatchAll" ma:showField="CatchAllData" ma:web="62766432-b89a-4e41-bd29-8074e955e2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18e071-2414-464c-baa9-517fed5333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afdb5d1b-6c27-4098-8e52-593bc38acb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18e071-2414-464c-baa9-517fed533300">
      <Terms xmlns="http://schemas.microsoft.com/office/infopath/2007/PartnerControls"/>
    </lcf76f155ced4ddcb4097134ff3c332f>
    <TaxCatchAll xmlns="62766432-b89a-4e41-bd29-8074e955e2f0" xsi:nil="true"/>
    <_dlc_DocId xmlns="62766432-b89a-4e41-bd29-8074e955e2f0">R7454QCZX5W3-2121601007-124328</_dlc_DocId>
    <_dlc_DocIdUrl xmlns="62766432-b89a-4e41-bd29-8074e955e2f0">
      <Url>https://uinnlandet.sharepoint.com/sites/INNFELLES/_layouts/15/DocIdRedir.aspx?ID=R7454QCZX5W3-2121601007-124328</Url>
      <Description>R7454QCZX5W3-2121601007-124328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384A42E-984F-4555-809B-3A5050252113}"/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8ECA3C1-33B2-412F-B56D-C53603890DB3}">
  <ds:schemaRefs>
    <ds:schemaRef ds:uri="http://schemas.microsoft.com/office/2006/metadata/properties"/>
    <ds:schemaRef ds:uri="http://schemas.microsoft.com/office/infopath/2007/PartnerControls"/>
    <ds:schemaRef ds:uri="d9beab30-9839-4b5c-ae51-cbb2d51e8a2d"/>
    <ds:schemaRef ds:uri="c52d0b28-16ff-48f4-9469-7b5a22c40458"/>
  </ds:schemaRefs>
</ds:datastoreItem>
</file>

<file path=customXml/itemProps4.xml><?xml version="1.0" encoding="utf-8"?>
<ds:datastoreItem xmlns:ds="http://schemas.openxmlformats.org/officeDocument/2006/customXml" ds:itemID="{81048CF6-A9A2-4540-8D3F-3B4B630EBC3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8D3E27B-89B8-4982-BCC7-B98AE7C907F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Ελενα Ραπτοπούλου</cp:lastModifiedBy>
  <cp:revision>11</cp:revision>
  <dcterms:created xsi:type="dcterms:W3CDTF">2025-10-22T20:38:00Z</dcterms:created>
  <dcterms:modified xsi:type="dcterms:W3CDTF">2025-10-23T10:37:46Z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0x010100E23C12DF564E794B9CD76A213295074B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_activity">
    <vt:lpwstr>{"FileActivityType":"6","FileActivityTimeStamp":"2025-10-22T13:00:58.500Z","FileActivityUsersOnPage":[{"DisplayName":"Michael.OBrien","Id":"michael.obrien@ul.ie"}],"FileActivityNavigationId":null}</vt:lpwstr>
  </property>
  <property fmtid="{D5CDD505-2E9C-101B-9397-08002B2CF9AE}" pid="7" name="TriggerFlowInfo">
    <vt:lpwstr/>
  </property>
  <property fmtid="{D5CDD505-2E9C-101B-9397-08002B2CF9AE}" pid="8" name="Order">
    <vt:r8>12432800</vt:r8>
  </property>
  <property fmtid="{D5CDD505-2E9C-101B-9397-08002B2CF9AE}" pid="9" name="_dlc_DocIdItemGuid">
    <vt:lpwstr>946786ee-b5a3-787b-8546-f365588c292c</vt:lpwstr>
  </property>
</Properties>
</file>