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B0D8E" w14:textId="77777777" w:rsidR="002F5CEB" w:rsidRDefault="00581415">
      <w:pPr>
        <w:pStyle w:val="Overskrift1"/>
      </w:pPr>
      <w:r>
        <w:t>EMERGE Final Project Report – Review Version</w:t>
      </w:r>
    </w:p>
    <w:p w14:paraId="078B3D77" w14:textId="77777777" w:rsidR="002F5CEB" w:rsidRDefault="00581415">
      <w:r>
        <w:t>Purpose: This form is used by grant beneficiaries to describe what they achieved and by EMERGE reviewers to evaluate whether the activities align with EMERGE’s goals, principles, and quality standards.</w:t>
      </w:r>
    </w:p>
    <w:p w14:paraId="25E0F863" w14:textId="77777777" w:rsidR="002F5CEB" w:rsidRDefault="00581415">
      <w:r>
        <w:t>Instructions: Left side – completed by the project team (beneficiary). Right side – completed by the EMERGE reviewer.</w:t>
      </w:r>
    </w:p>
    <w:p w14:paraId="37A73FBA" w14:textId="77777777" w:rsidR="002F5CEB" w:rsidRDefault="00581415">
      <w:pPr>
        <w:pStyle w:val="Overskrift2"/>
      </w:pPr>
      <w:r>
        <w:t>1. Project Information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F5CEB" w14:paraId="3B4C65A6" w14:textId="77777777">
        <w:tc>
          <w:tcPr>
            <w:tcW w:w="2160" w:type="dxa"/>
          </w:tcPr>
          <w:p w14:paraId="016BB6A0" w14:textId="77777777" w:rsidR="002F5CEB" w:rsidRDefault="00581415">
            <w:r>
              <w:t>Project Title</w:t>
            </w:r>
          </w:p>
        </w:tc>
        <w:tc>
          <w:tcPr>
            <w:tcW w:w="2160" w:type="dxa"/>
          </w:tcPr>
          <w:p w14:paraId="68FDF56C" w14:textId="77777777" w:rsidR="002F5CEB" w:rsidRDefault="00581415">
            <w:r>
              <w:t>Institution</w:t>
            </w:r>
          </w:p>
        </w:tc>
        <w:tc>
          <w:tcPr>
            <w:tcW w:w="2160" w:type="dxa"/>
          </w:tcPr>
          <w:p w14:paraId="707D91F2" w14:textId="77777777" w:rsidR="002F5CEB" w:rsidRDefault="00581415">
            <w:r>
              <w:t>Project Lead(s)</w:t>
            </w:r>
          </w:p>
        </w:tc>
        <w:tc>
          <w:tcPr>
            <w:tcW w:w="2160" w:type="dxa"/>
          </w:tcPr>
          <w:p w14:paraId="4480B6AE" w14:textId="77777777" w:rsidR="002F5CEB" w:rsidRDefault="00581415">
            <w:r>
              <w:t>Reviewer</w:t>
            </w:r>
          </w:p>
        </w:tc>
      </w:tr>
      <w:tr w:rsidR="002F5CEB" w14:paraId="672A6659" w14:textId="77777777">
        <w:tc>
          <w:tcPr>
            <w:tcW w:w="2160" w:type="dxa"/>
          </w:tcPr>
          <w:p w14:paraId="0A37501D" w14:textId="77777777" w:rsidR="002F5CEB" w:rsidRDefault="002F5CEB"/>
        </w:tc>
        <w:tc>
          <w:tcPr>
            <w:tcW w:w="2160" w:type="dxa"/>
          </w:tcPr>
          <w:p w14:paraId="5DAB6C7B" w14:textId="77777777" w:rsidR="002F5CEB" w:rsidRDefault="002F5CEB"/>
        </w:tc>
        <w:tc>
          <w:tcPr>
            <w:tcW w:w="2160" w:type="dxa"/>
          </w:tcPr>
          <w:p w14:paraId="02EB378F" w14:textId="77777777" w:rsidR="002F5CEB" w:rsidRDefault="002F5CEB"/>
        </w:tc>
        <w:tc>
          <w:tcPr>
            <w:tcW w:w="2160" w:type="dxa"/>
            <w:shd w:val="clear" w:color="auto" w:fill="D9E1F2"/>
          </w:tcPr>
          <w:p w14:paraId="6A05A809" w14:textId="77777777" w:rsidR="002F5CEB" w:rsidRDefault="002F5CEB"/>
        </w:tc>
      </w:tr>
      <w:tr w:rsidR="002F5CEB" w14:paraId="3544FCC2" w14:textId="77777777" w:rsidTr="7C6F2DD7">
        <w:tc>
          <w:tcPr>
            <w:tcW w:w="2160" w:type="dxa"/>
          </w:tcPr>
          <w:p w14:paraId="73E1A4B2" w14:textId="77777777" w:rsidR="002F5CEB" w:rsidRDefault="00581415">
            <w:r>
              <w:t>Project Duration</w:t>
            </w:r>
          </w:p>
        </w:tc>
        <w:tc>
          <w:tcPr>
            <w:tcW w:w="2160" w:type="dxa"/>
          </w:tcPr>
          <w:p w14:paraId="7D6BBF75" w14:textId="77777777" w:rsidR="002F5CEB" w:rsidRDefault="00581415">
            <w:r>
              <w:t>External Partner(s)</w:t>
            </w:r>
          </w:p>
        </w:tc>
        <w:tc>
          <w:tcPr>
            <w:tcW w:w="2160" w:type="dxa"/>
          </w:tcPr>
          <w:p w14:paraId="4B11ABC5" w14:textId="77777777" w:rsidR="002F5CEB" w:rsidRDefault="00581415">
            <w:r>
              <w:t>Total Participants</w:t>
            </w:r>
          </w:p>
        </w:tc>
        <w:tc>
          <w:tcPr>
            <w:tcW w:w="2160" w:type="dxa"/>
          </w:tcPr>
          <w:p w14:paraId="2030FFB8" w14:textId="77777777" w:rsidR="002F5CEB" w:rsidRDefault="00581415">
            <w:r>
              <w:t>Review Date</w:t>
            </w:r>
          </w:p>
        </w:tc>
      </w:tr>
      <w:tr w:rsidR="002F5CEB" w14:paraId="5A39BBE3" w14:textId="77777777" w:rsidTr="7C6F2DD7">
        <w:tc>
          <w:tcPr>
            <w:tcW w:w="2160" w:type="dxa"/>
          </w:tcPr>
          <w:p w14:paraId="41C8F396" w14:textId="77777777" w:rsidR="002F5CEB" w:rsidRDefault="002F5CEB"/>
        </w:tc>
        <w:tc>
          <w:tcPr>
            <w:tcW w:w="2160" w:type="dxa"/>
          </w:tcPr>
          <w:p w14:paraId="72A3D3EC" w14:textId="77777777" w:rsidR="002F5CEB" w:rsidRDefault="002F5CEB"/>
        </w:tc>
        <w:tc>
          <w:tcPr>
            <w:tcW w:w="2160" w:type="dxa"/>
          </w:tcPr>
          <w:p w14:paraId="0D0B940D" w14:textId="77777777" w:rsidR="002F5CEB" w:rsidRDefault="002F5CEB"/>
        </w:tc>
        <w:tc>
          <w:tcPr>
            <w:tcW w:w="2160" w:type="dxa"/>
            <w:shd w:val="clear" w:color="auto" w:fill="D9E1F2"/>
          </w:tcPr>
          <w:p w14:paraId="0E27B00A" w14:textId="77777777" w:rsidR="002F5CEB" w:rsidRDefault="002F5CEB"/>
        </w:tc>
      </w:tr>
    </w:tbl>
    <w:p w14:paraId="1B2610E7" w14:textId="4129B6D6" w:rsidR="2725413A" w:rsidRDefault="2725413A" w:rsidP="7C6F2DD7">
      <w:pPr>
        <w:pStyle w:val="Overskrift2"/>
      </w:pPr>
      <w:r>
        <w:t>Project Members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2880"/>
        <w:gridCol w:w="2880"/>
        <w:gridCol w:w="2880"/>
      </w:tblGrid>
      <w:tr w:rsidR="7C6F2DD7" w14:paraId="7090DA2E" w14:textId="77777777" w:rsidTr="7C6F2DD7">
        <w:trPr>
          <w:trHeight w:val="300"/>
        </w:trPr>
        <w:tc>
          <w:tcPr>
            <w:tcW w:w="2880" w:type="dxa"/>
          </w:tcPr>
          <w:p w14:paraId="13DD526D" w14:textId="38A5B858" w:rsidR="2725413A" w:rsidRDefault="2725413A" w:rsidP="7C6F2DD7">
            <w:r>
              <w:t>Name</w:t>
            </w:r>
          </w:p>
        </w:tc>
        <w:tc>
          <w:tcPr>
            <w:tcW w:w="2880" w:type="dxa"/>
          </w:tcPr>
          <w:p w14:paraId="1C8B1ED1" w14:textId="5EA62F2A" w:rsidR="2725413A" w:rsidRDefault="2725413A" w:rsidP="7C6F2DD7">
            <w:r>
              <w:t xml:space="preserve">Contact </w:t>
            </w:r>
          </w:p>
        </w:tc>
        <w:tc>
          <w:tcPr>
            <w:tcW w:w="2880" w:type="dxa"/>
          </w:tcPr>
          <w:p w14:paraId="0A6419BD" w14:textId="1E59CA51" w:rsidR="2725413A" w:rsidRDefault="2725413A" w:rsidP="7C6F2DD7">
            <w:r>
              <w:t>Role</w:t>
            </w:r>
          </w:p>
        </w:tc>
      </w:tr>
      <w:tr w:rsidR="7C6F2DD7" w14:paraId="0C8BE525" w14:textId="77777777" w:rsidTr="7C6F2DD7">
        <w:trPr>
          <w:trHeight w:val="300"/>
        </w:trPr>
        <w:tc>
          <w:tcPr>
            <w:tcW w:w="2880" w:type="dxa"/>
          </w:tcPr>
          <w:p w14:paraId="68B53683" w14:textId="56964365" w:rsidR="7C6F2DD7" w:rsidRDefault="7C6F2DD7" w:rsidP="7C6F2DD7"/>
        </w:tc>
        <w:tc>
          <w:tcPr>
            <w:tcW w:w="2880" w:type="dxa"/>
          </w:tcPr>
          <w:p w14:paraId="262E7ACE" w14:textId="2C5F9D38" w:rsidR="7C6F2DD7" w:rsidRDefault="7C6F2DD7" w:rsidP="7C6F2DD7"/>
        </w:tc>
        <w:tc>
          <w:tcPr>
            <w:tcW w:w="2880" w:type="dxa"/>
          </w:tcPr>
          <w:p w14:paraId="6CABD064" w14:textId="78E0D86E" w:rsidR="7C6F2DD7" w:rsidRDefault="7C6F2DD7" w:rsidP="7C6F2DD7"/>
        </w:tc>
      </w:tr>
      <w:tr w:rsidR="7C6F2DD7" w14:paraId="1BF33AB1" w14:textId="77777777" w:rsidTr="7C6F2DD7">
        <w:trPr>
          <w:trHeight w:val="300"/>
        </w:trPr>
        <w:tc>
          <w:tcPr>
            <w:tcW w:w="2880" w:type="dxa"/>
          </w:tcPr>
          <w:p w14:paraId="6DBA3156" w14:textId="38FCB09D" w:rsidR="7C6F2DD7" w:rsidRDefault="7C6F2DD7" w:rsidP="7C6F2DD7"/>
        </w:tc>
        <w:tc>
          <w:tcPr>
            <w:tcW w:w="2880" w:type="dxa"/>
          </w:tcPr>
          <w:p w14:paraId="4088C09D" w14:textId="21A028B0" w:rsidR="7C6F2DD7" w:rsidRDefault="7C6F2DD7" w:rsidP="7C6F2DD7"/>
        </w:tc>
        <w:tc>
          <w:tcPr>
            <w:tcW w:w="2880" w:type="dxa"/>
          </w:tcPr>
          <w:p w14:paraId="2744DDCF" w14:textId="5205D12A" w:rsidR="7C6F2DD7" w:rsidRDefault="7C6F2DD7" w:rsidP="7C6F2DD7"/>
        </w:tc>
      </w:tr>
    </w:tbl>
    <w:p w14:paraId="018D7E32" w14:textId="1C69B290" w:rsidR="7C6F2DD7" w:rsidRDefault="7C6F2DD7" w:rsidP="7C6F2DD7"/>
    <w:p w14:paraId="024B611F" w14:textId="77777777" w:rsidR="002F5CEB" w:rsidRDefault="7C6F2DD7" w:rsidP="7C6F2DD7">
      <w:pPr>
        <w:pStyle w:val="Overskrift2"/>
      </w:pPr>
      <w:r>
        <w:t>2. Project Summary</w:t>
      </w:r>
    </w:p>
    <w:p w14:paraId="12086CC2" w14:textId="520B585F" w:rsidR="7C6F2DD7" w:rsidRDefault="7C6F2DD7" w:rsidP="7C6F2DD7"/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F5CEB" w14:paraId="59ADB787" w14:textId="77777777">
        <w:tc>
          <w:tcPr>
            <w:tcW w:w="4320" w:type="dxa"/>
          </w:tcPr>
          <w:p w14:paraId="200DCE97" w14:textId="77777777" w:rsidR="002F5CEB" w:rsidRDefault="00581415">
            <w:r>
              <w:t>Beneficiary Description</w:t>
            </w:r>
            <w:r>
              <w:br/>
              <w:t>(What the project was about and what it aimed to achieve.)</w:t>
            </w:r>
          </w:p>
        </w:tc>
        <w:tc>
          <w:tcPr>
            <w:tcW w:w="4320" w:type="dxa"/>
            <w:shd w:val="clear" w:color="auto" w:fill="D9E1F2"/>
          </w:tcPr>
          <w:p w14:paraId="3C7506CB" w14:textId="3731579B" w:rsidR="002F5CEB" w:rsidRDefault="00581415">
            <w:r>
              <w:t>Reviewer</w:t>
            </w:r>
            <w:r w:rsidR="00B526A8">
              <w:t>s</w:t>
            </w:r>
            <w:r>
              <w:t xml:space="preserve"> Comment</w:t>
            </w:r>
            <w:r>
              <w:br/>
              <w:t>(Clarity, relevance, alignment with EMERGE philosophy)</w:t>
            </w:r>
          </w:p>
        </w:tc>
      </w:tr>
      <w:tr w:rsidR="002F5CEB" w14:paraId="60061E4C" w14:textId="77777777">
        <w:tc>
          <w:tcPr>
            <w:tcW w:w="4320" w:type="dxa"/>
          </w:tcPr>
          <w:p w14:paraId="44EAFD9C" w14:textId="77777777" w:rsidR="002F5CEB" w:rsidRDefault="002F5CEB"/>
        </w:tc>
        <w:tc>
          <w:tcPr>
            <w:tcW w:w="4320" w:type="dxa"/>
            <w:shd w:val="clear" w:color="auto" w:fill="D9E1F2"/>
          </w:tcPr>
          <w:p w14:paraId="4B94D5A5" w14:textId="77777777" w:rsidR="002F5CEB" w:rsidRDefault="002F5CEB"/>
        </w:tc>
      </w:tr>
    </w:tbl>
    <w:p w14:paraId="246D8EFE" w14:textId="77777777" w:rsidR="002F5CEB" w:rsidRDefault="00581415">
      <w:pPr>
        <w:pStyle w:val="Overskrift2"/>
      </w:pPr>
      <w:r>
        <w:t>3. Activities and Progress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2F5CEB" w14:paraId="556BAB8F" w14:textId="77777777">
        <w:tc>
          <w:tcPr>
            <w:tcW w:w="1728" w:type="dxa"/>
          </w:tcPr>
          <w:p w14:paraId="15639F46" w14:textId="77777777" w:rsidR="002F5CEB" w:rsidRDefault="00581415">
            <w:r>
              <w:t>Activity / Objective</w:t>
            </w:r>
          </w:p>
        </w:tc>
        <w:tc>
          <w:tcPr>
            <w:tcW w:w="1728" w:type="dxa"/>
          </w:tcPr>
          <w:p w14:paraId="551E0C33" w14:textId="77777777" w:rsidR="002F5CEB" w:rsidRDefault="00581415">
            <w:r>
              <w:t xml:space="preserve">When &amp; </w:t>
            </w:r>
            <w:proofErr w:type="gramStart"/>
            <w:r>
              <w:t>Where</w:t>
            </w:r>
            <w:proofErr w:type="gramEnd"/>
          </w:p>
        </w:tc>
        <w:tc>
          <w:tcPr>
            <w:tcW w:w="1728" w:type="dxa"/>
          </w:tcPr>
          <w:p w14:paraId="69495154" w14:textId="77777777" w:rsidR="002F5CEB" w:rsidRDefault="00581415">
            <w:r>
              <w:t>Who Participated</w:t>
            </w:r>
          </w:p>
        </w:tc>
        <w:tc>
          <w:tcPr>
            <w:tcW w:w="1728" w:type="dxa"/>
          </w:tcPr>
          <w:p w14:paraId="76CBDCB4" w14:textId="77777777" w:rsidR="002F5CEB" w:rsidRDefault="00581415">
            <w:r>
              <w:t>Short Description</w:t>
            </w:r>
          </w:p>
        </w:tc>
        <w:tc>
          <w:tcPr>
            <w:tcW w:w="1728" w:type="dxa"/>
            <w:shd w:val="clear" w:color="auto" w:fill="D9E1F2"/>
          </w:tcPr>
          <w:p w14:paraId="794B66AF" w14:textId="2E4C79EC" w:rsidR="002F5CEB" w:rsidRDefault="00581415">
            <w:r>
              <w:t>Reviewer</w:t>
            </w:r>
            <w:r w:rsidR="00B526A8">
              <w:t>s</w:t>
            </w:r>
            <w:r>
              <w:t>: EMERGE Values Alignment</w:t>
            </w:r>
          </w:p>
        </w:tc>
      </w:tr>
      <w:tr w:rsidR="002F5CEB" w14:paraId="3DEEC669" w14:textId="77777777">
        <w:tc>
          <w:tcPr>
            <w:tcW w:w="1728" w:type="dxa"/>
          </w:tcPr>
          <w:p w14:paraId="3656B9AB" w14:textId="77777777" w:rsidR="002F5CEB" w:rsidRDefault="002F5CEB"/>
        </w:tc>
        <w:tc>
          <w:tcPr>
            <w:tcW w:w="1728" w:type="dxa"/>
          </w:tcPr>
          <w:p w14:paraId="45FB0818" w14:textId="77777777" w:rsidR="002F5CEB" w:rsidRDefault="002F5CEB"/>
        </w:tc>
        <w:tc>
          <w:tcPr>
            <w:tcW w:w="1728" w:type="dxa"/>
          </w:tcPr>
          <w:p w14:paraId="049F31CB" w14:textId="77777777" w:rsidR="002F5CEB" w:rsidRDefault="002F5CEB"/>
        </w:tc>
        <w:tc>
          <w:tcPr>
            <w:tcW w:w="1728" w:type="dxa"/>
          </w:tcPr>
          <w:p w14:paraId="53128261" w14:textId="77777777" w:rsidR="002F5CEB" w:rsidRDefault="002F5CEB"/>
        </w:tc>
        <w:tc>
          <w:tcPr>
            <w:tcW w:w="1728" w:type="dxa"/>
            <w:shd w:val="clear" w:color="auto" w:fill="D9E1F2"/>
          </w:tcPr>
          <w:p w14:paraId="62486C05" w14:textId="77777777" w:rsidR="002F5CEB" w:rsidRDefault="002F5CEB"/>
        </w:tc>
      </w:tr>
    </w:tbl>
    <w:p w14:paraId="06347C1B" w14:textId="77777777" w:rsidR="002F5CEB" w:rsidRDefault="00581415">
      <w:pPr>
        <w:pStyle w:val="Overskrift2"/>
      </w:pPr>
      <w:r>
        <w:t>4. Results and Achievements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F5CEB" w14:paraId="004204DE" w14:textId="77777777" w:rsidTr="37E4C9F5">
        <w:tc>
          <w:tcPr>
            <w:tcW w:w="2160" w:type="dxa"/>
          </w:tcPr>
          <w:p w14:paraId="7171F9E6" w14:textId="77777777" w:rsidR="002F5CEB" w:rsidRDefault="00581415">
            <w:r>
              <w:t>Area of Impact</w:t>
            </w:r>
          </w:p>
        </w:tc>
        <w:tc>
          <w:tcPr>
            <w:tcW w:w="2160" w:type="dxa"/>
          </w:tcPr>
          <w:p w14:paraId="76F515B8" w14:textId="77777777" w:rsidR="002F5CEB" w:rsidRDefault="00581415">
            <w:r>
              <w:t xml:space="preserve">What Changed or </w:t>
            </w:r>
            <w:r>
              <w:lastRenderedPageBreak/>
              <w:t>Improved?</w:t>
            </w:r>
          </w:p>
        </w:tc>
        <w:tc>
          <w:tcPr>
            <w:tcW w:w="2160" w:type="dxa"/>
          </w:tcPr>
          <w:p w14:paraId="7F7D1DB6" w14:textId="77777777" w:rsidR="002F5CEB" w:rsidRDefault="00581415">
            <w:r>
              <w:lastRenderedPageBreak/>
              <w:t xml:space="preserve">Evidence (numbers, </w:t>
            </w:r>
            <w:r>
              <w:lastRenderedPageBreak/>
              <w:t>feedback, photos)</w:t>
            </w:r>
          </w:p>
        </w:tc>
        <w:tc>
          <w:tcPr>
            <w:tcW w:w="2160" w:type="dxa"/>
            <w:shd w:val="clear" w:color="auto" w:fill="D9E1F2"/>
          </w:tcPr>
          <w:p w14:paraId="1C1DCEDA" w14:textId="46EE1891" w:rsidR="002F5CEB" w:rsidRDefault="00581415">
            <w:r>
              <w:lastRenderedPageBreak/>
              <w:t>Reviewer</w:t>
            </w:r>
            <w:r w:rsidR="00B526A8">
              <w:t>s</w:t>
            </w:r>
            <w:r>
              <w:t xml:space="preserve">: Impact &amp; EMERGE </w:t>
            </w:r>
            <w:r>
              <w:lastRenderedPageBreak/>
              <w:t>Alignment</w:t>
            </w:r>
          </w:p>
        </w:tc>
      </w:tr>
      <w:tr w:rsidR="002F5CEB" w14:paraId="55DB467E" w14:textId="77777777" w:rsidTr="37E4C9F5">
        <w:tc>
          <w:tcPr>
            <w:tcW w:w="2160" w:type="dxa"/>
          </w:tcPr>
          <w:p w14:paraId="1C804BEC" w14:textId="77777777" w:rsidR="002F5CEB" w:rsidRDefault="00581415">
            <w:r>
              <w:lastRenderedPageBreak/>
              <w:t>Inclusion</w:t>
            </w:r>
          </w:p>
        </w:tc>
        <w:tc>
          <w:tcPr>
            <w:tcW w:w="2160" w:type="dxa"/>
          </w:tcPr>
          <w:p w14:paraId="6B699379" w14:textId="77777777" w:rsidR="002F5CEB" w:rsidRDefault="002F5CEB"/>
        </w:tc>
        <w:tc>
          <w:tcPr>
            <w:tcW w:w="2160" w:type="dxa"/>
          </w:tcPr>
          <w:p w14:paraId="3FE9F23F" w14:textId="77777777" w:rsidR="002F5CEB" w:rsidRDefault="002F5CEB"/>
        </w:tc>
        <w:tc>
          <w:tcPr>
            <w:tcW w:w="2160" w:type="dxa"/>
            <w:shd w:val="clear" w:color="auto" w:fill="D9E1F2"/>
          </w:tcPr>
          <w:p w14:paraId="1F72F646" w14:textId="77777777" w:rsidR="002F5CEB" w:rsidRDefault="002F5CEB"/>
        </w:tc>
      </w:tr>
      <w:tr w:rsidR="002F5CEB" w14:paraId="6088B9D5" w14:textId="77777777" w:rsidTr="37E4C9F5">
        <w:tc>
          <w:tcPr>
            <w:tcW w:w="2160" w:type="dxa"/>
          </w:tcPr>
          <w:p w14:paraId="593A1D36" w14:textId="77777777" w:rsidR="002F5CEB" w:rsidRDefault="00581415">
            <w:r>
              <w:t>Sustainability</w:t>
            </w:r>
          </w:p>
        </w:tc>
        <w:tc>
          <w:tcPr>
            <w:tcW w:w="2160" w:type="dxa"/>
          </w:tcPr>
          <w:p w14:paraId="08CE6F91" w14:textId="77777777" w:rsidR="002F5CEB" w:rsidRDefault="002F5CEB"/>
        </w:tc>
        <w:tc>
          <w:tcPr>
            <w:tcW w:w="2160" w:type="dxa"/>
          </w:tcPr>
          <w:p w14:paraId="61CDCEAD" w14:textId="77777777" w:rsidR="002F5CEB" w:rsidRDefault="002F5CEB"/>
        </w:tc>
        <w:tc>
          <w:tcPr>
            <w:tcW w:w="2160" w:type="dxa"/>
            <w:shd w:val="clear" w:color="auto" w:fill="D9E1F2"/>
          </w:tcPr>
          <w:p w14:paraId="6BB9E253" w14:textId="77777777" w:rsidR="002F5CEB" w:rsidRDefault="002F5CEB"/>
        </w:tc>
      </w:tr>
      <w:tr w:rsidR="002F5CEB" w14:paraId="52E0BB05" w14:textId="77777777" w:rsidTr="37E4C9F5">
        <w:tc>
          <w:tcPr>
            <w:tcW w:w="2160" w:type="dxa"/>
          </w:tcPr>
          <w:p w14:paraId="02E4ACAB" w14:textId="4CBD7E04" w:rsidR="002F5CEB" w:rsidRDefault="00581415">
            <w:r>
              <w:t>Resilience</w:t>
            </w:r>
          </w:p>
          <w:p w14:paraId="06ACE6F9" w14:textId="767A8494" w:rsidR="002F5CEB" w:rsidRDefault="522ADBCF">
            <w:r>
              <w:t>Multilingualism &amp; Cultural Diversity</w:t>
            </w:r>
          </w:p>
          <w:p w14:paraId="1B937CE8" w14:textId="5FF42D75" w:rsidR="002F5CEB" w:rsidRDefault="522ADBCF">
            <w:r>
              <w:t>Solidarity</w:t>
            </w:r>
          </w:p>
        </w:tc>
        <w:tc>
          <w:tcPr>
            <w:tcW w:w="2160" w:type="dxa"/>
          </w:tcPr>
          <w:p w14:paraId="23DE523C" w14:textId="77777777" w:rsidR="002F5CEB" w:rsidRDefault="002F5CEB"/>
        </w:tc>
        <w:tc>
          <w:tcPr>
            <w:tcW w:w="2160" w:type="dxa"/>
          </w:tcPr>
          <w:p w14:paraId="52E56223" w14:textId="77777777" w:rsidR="002F5CEB" w:rsidRDefault="002F5CEB"/>
        </w:tc>
        <w:tc>
          <w:tcPr>
            <w:tcW w:w="2160" w:type="dxa"/>
            <w:shd w:val="clear" w:color="auto" w:fill="D9E1F2"/>
          </w:tcPr>
          <w:p w14:paraId="07547A01" w14:textId="77777777" w:rsidR="002F5CEB" w:rsidRDefault="002F5CEB"/>
        </w:tc>
      </w:tr>
    </w:tbl>
    <w:p w14:paraId="7F36E569" w14:textId="77777777" w:rsidR="002F5CEB" w:rsidRDefault="00581415">
      <w:pPr>
        <w:pStyle w:val="Overskrift2"/>
      </w:pPr>
      <w:r>
        <w:t>5. Learning and Experience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F5CEB" w14:paraId="6E92DB70" w14:textId="77777777">
        <w:tc>
          <w:tcPr>
            <w:tcW w:w="4320" w:type="dxa"/>
          </w:tcPr>
          <w:p w14:paraId="59EF8314" w14:textId="77777777" w:rsidR="002F5CEB" w:rsidRDefault="00581415">
            <w:r>
              <w:t>Beneficiary Reflection</w:t>
            </w:r>
            <w:r>
              <w:br/>
              <w:t>(What worked well, challenges faced, lessons learned.)</w:t>
            </w:r>
          </w:p>
        </w:tc>
        <w:tc>
          <w:tcPr>
            <w:tcW w:w="4320" w:type="dxa"/>
            <w:shd w:val="clear" w:color="auto" w:fill="D9E1F2"/>
          </w:tcPr>
          <w:p w14:paraId="3039376A" w14:textId="41E3A5A1" w:rsidR="002F5CEB" w:rsidRDefault="147A9F4E">
            <w:r>
              <w:t>Reviewer</w:t>
            </w:r>
            <w:r w:rsidR="35A94E8B">
              <w:t>s</w:t>
            </w:r>
            <w:r w:rsidR="00581415">
              <w:t xml:space="preserve"> Feedback</w:t>
            </w:r>
          </w:p>
        </w:tc>
      </w:tr>
      <w:tr w:rsidR="002F5CEB" w14:paraId="5043CB0F" w14:textId="77777777">
        <w:tc>
          <w:tcPr>
            <w:tcW w:w="4320" w:type="dxa"/>
          </w:tcPr>
          <w:p w14:paraId="07459315" w14:textId="77777777" w:rsidR="002F5CEB" w:rsidRDefault="002F5CEB"/>
        </w:tc>
        <w:tc>
          <w:tcPr>
            <w:tcW w:w="4320" w:type="dxa"/>
            <w:shd w:val="clear" w:color="auto" w:fill="D9E1F2"/>
          </w:tcPr>
          <w:p w14:paraId="6537F28F" w14:textId="77777777" w:rsidR="002F5CEB" w:rsidRDefault="002F5CEB"/>
        </w:tc>
      </w:tr>
    </w:tbl>
    <w:p w14:paraId="5227E8F1" w14:textId="77777777" w:rsidR="002F5CEB" w:rsidRDefault="00581415">
      <w:pPr>
        <w:pStyle w:val="Overskrift2"/>
      </w:pPr>
      <w:r>
        <w:t>6. Collaboration and Community Involvement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2F5CEB" w14:paraId="5D9DBA86" w14:textId="77777777">
        <w:tc>
          <w:tcPr>
            <w:tcW w:w="2160" w:type="dxa"/>
          </w:tcPr>
          <w:p w14:paraId="75DCC5EC" w14:textId="77777777" w:rsidR="002F5CEB" w:rsidRDefault="00581415">
            <w:r>
              <w:t>Partner / Group</w:t>
            </w:r>
          </w:p>
        </w:tc>
        <w:tc>
          <w:tcPr>
            <w:tcW w:w="2160" w:type="dxa"/>
          </w:tcPr>
          <w:p w14:paraId="139846B1" w14:textId="77777777" w:rsidR="002F5CEB" w:rsidRDefault="00581415">
            <w:r>
              <w:t>Role / Contribution</w:t>
            </w:r>
          </w:p>
        </w:tc>
        <w:tc>
          <w:tcPr>
            <w:tcW w:w="2160" w:type="dxa"/>
          </w:tcPr>
          <w:p w14:paraId="070FB584" w14:textId="77777777" w:rsidR="002F5CEB" w:rsidRDefault="00581415">
            <w:r>
              <w:t>How Collaboration Worked</w:t>
            </w:r>
          </w:p>
        </w:tc>
        <w:tc>
          <w:tcPr>
            <w:tcW w:w="2160" w:type="dxa"/>
            <w:shd w:val="clear" w:color="auto" w:fill="D9E1F2"/>
          </w:tcPr>
          <w:p w14:paraId="273F9C51" w14:textId="31AE8633" w:rsidR="002F5CEB" w:rsidRDefault="00581415">
            <w:r>
              <w:t>Reviewer</w:t>
            </w:r>
            <w:r w:rsidR="00A87A55">
              <w:t>s</w:t>
            </w:r>
            <w:r>
              <w:t>: Added Value / EMERGE Criteria Met?</w:t>
            </w:r>
          </w:p>
        </w:tc>
      </w:tr>
      <w:tr w:rsidR="002F5CEB" w14:paraId="6DFB9E20" w14:textId="77777777">
        <w:tc>
          <w:tcPr>
            <w:tcW w:w="2160" w:type="dxa"/>
          </w:tcPr>
          <w:p w14:paraId="70DF9E56" w14:textId="77777777" w:rsidR="002F5CEB" w:rsidRDefault="002F5CEB"/>
        </w:tc>
        <w:tc>
          <w:tcPr>
            <w:tcW w:w="2160" w:type="dxa"/>
          </w:tcPr>
          <w:p w14:paraId="44E871BC" w14:textId="77777777" w:rsidR="002F5CEB" w:rsidRDefault="002F5CEB"/>
        </w:tc>
        <w:tc>
          <w:tcPr>
            <w:tcW w:w="2160" w:type="dxa"/>
          </w:tcPr>
          <w:p w14:paraId="144A5D23" w14:textId="77777777" w:rsidR="002F5CEB" w:rsidRDefault="002F5CEB"/>
        </w:tc>
        <w:tc>
          <w:tcPr>
            <w:tcW w:w="2160" w:type="dxa"/>
            <w:shd w:val="clear" w:color="auto" w:fill="D9E1F2"/>
          </w:tcPr>
          <w:p w14:paraId="738610EB" w14:textId="77777777" w:rsidR="002F5CEB" w:rsidRDefault="002F5CEB"/>
        </w:tc>
      </w:tr>
    </w:tbl>
    <w:p w14:paraId="099F664F" w14:textId="77777777" w:rsidR="002F5CEB" w:rsidRDefault="00581415">
      <w:pPr>
        <w:pStyle w:val="Overskrift2"/>
      </w:pPr>
      <w:r>
        <w:t>7. Communication and Visibility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F5CEB" w14:paraId="084FF9DB" w14:textId="77777777" w:rsidTr="7C6F2DD7">
        <w:tc>
          <w:tcPr>
            <w:tcW w:w="4320" w:type="dxa"/>
          </w:tcPr>
          <w:p w14:paraId="4BD781B2" w14:textId="393229D1" w:rsidR="002F5CEB" w:rsidRDefault="7C6F2DD7">
            <w:r>
              <w:t>How</w:t>
            </w:r>
            <w:r w:rsidR="5DB27B17">
              <w:t xml:space="preserve"> did</w:t>
            </w:r>
            <w:r>
              <w:t xml:space="preserve"> the project share its results (</w:t>
            </w:r>
            <w:r w:rsidR="0D2A5DAF">
              <w:t xml:space="preserve">please include supporting material or links e.g. </w:t>
            </w:r>
            <w:r>
              <w:t>social media, local media, etc.)</w:t>
            </w:r>
          </w:p>
        </w:tc>
        <w:tc>
          <w:tcPr>
            <w:tcW w:w="4320" w:type="dxa"/>
            <w:shd w:val="clear" w:color="auto" w:fill="D9E1F2"/>
          </w:tcPr>
          <w:p w14:paraId="4B77CA05" w14:textId="0F5F23FA" w:rsidR="002F5CEB" w:rsidRDefault="00581415">
            <w:proofErr w:type="gramStart"/>
            <w:r>
              <w:t>Reviewer</w:t>
            </w:r>
            <w:r w:rsidR="00A87A55">
              <w:t>s</w:t>
            </w:r>
            <w:proofErr w:type="gramEnd"/>
            <w:r>
              <w:t xml:space="preserve"> Comment (Visibility, Inclusion, Representation)</w:t>
            </w:r>
          </w:p>
        </w:tc>
      </w:tr>
      <w:tr w:rsidR="002F5CEB" w14:paraId="637805D2" w14:textId="77777777" w:rsidTr="7C6F2DD7">
        <w:tc>
          <w:tcPr>
            <w:tcW w:w="4320" w:type="dxa"/>
          </w:tcPr>
          <w:p w14:paraId="463F29E8" w14:textId="77777777" w:rsidR="002F5CEB" w:rsidRDefault="002F5CEB"/>
        </w:tc>
        <w:tc>
          <w:tcPr>
            <w:tcW w:w="4320" w:type="dxa"/>
            <w:shd w:val="clear" w:color="auto" w:fill="D9E1F2"/>
          </w:tcPr>
          <w:p w14:paraId="3B7B4B86" w14:textId="77777777" w:rsidR="002F5CEB" w:rsidRDefault="002F5CEB"/>
        </w:tc>
      </w:tr>
    </w:tbl>
    <w:p w14:paraId="1FBF4D69" w14:textId="77535658" w:rsidR="002F5CEB" w:rsidRDefault="00581415">
      <w:pPr>
        <w:pStyle w:val="Overskrift2"/>
      </w:pPr>
      <w:r>
        <w:t>8. Resources and Budget</w:t>
      </w:r>
      <w:r w:rsidR="00D34554">
        <w:t xml:space="preserve"> used in the </w:t>
      </w:r>
      <w:r w:rsidR="00DD43E9">
        <w:t>Initiative</w:t>
      </w:r>
    </w:p>
    <w:tbl>
      <w:tblPr>
        <w:tblStyle w:val="Vanligtabell1"/>
        <w:tblW w:w="6948" w:type="dxa"/>
        <w:tblLook w:val="04A0" w:firstRow="1" w:lastRow="0" w:firstColumn="1" w:lastColumn="0" w:noHBand="0" w:noVBand="1"/>
      </w:tblPr>
      <w:tblGrid>
        <w:gridCol w:w="1338"/>
        <w:gridCol w:w="726"/>
        <w:gridCol w:w="1322"/>
        <w:gridCol w:w="1503"/>
        <w:gridCol w:w="2059"/>
      </w:tblGrid>
      <w:tr w:rsidR="002F42DF" w14:paraId="5CF51792" w14:textId="77777777" w:rsidTr="00EF6B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</w:tcPr>
          <w:p w14:paraId="697D7B32" w14:textId="77777777" w:rsidR="002F42DF" w:rsidRDefault="002F42DF">
            <w:r>
              <w:t>Resource Type</w:t>
            </w:r>
          </w:p>
        </w:tc>
        <w:tc>
          <w:tcPr>
            <w:tcW w:w="726" w:type="dxa"/>
          </w:tcPr>
          <w:p w14:paraId="2E29B07E" w14:textId="522007A1" w:rsidR="2285CF58" w:rsidRDefault="2285CF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67D63D4F" w14:textId="50A02448" w:rsidR="002F42DF" w:rsidRDefault="0E601DE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Provided by</w:t>
            </w:r>
          </w:p>
        </w:tc>
        <w:tc>
          <w:tcPr>
            <w:tcW w:w="1503" w:type="dxa"/>
          </w:tcPr>
          <w:p w14:paraId="74526FBA" w14:textId="77777777" w:rsidR="002F42DF" w:rsidRDefault="002F42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Use / Description</w:t>
            </w:r>
          </w:p>
        </w:tc>
        <w:tc>
          <w:tcPr>
            <w:tcW w:w="2059" w:type="dxa"/>
          </w:tcPr>
          <w:p w14:paraId="6943E77B" w14:textId="4FF3F24E" w:rsidR="002F42DF" w:rsidRDefault="002F42D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Reviewers Verification (Appropriateness, Transparency)</w:t>
            </w:r>
          </w:p>
        </w:tc>
      </w:tr>
      <w:tr w:rsidR="002F42DF" w14:paraId="3964EC14" w14:textId="77777777" w:rsidTr="00EF6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</w:tcPr>
          <w:p w14:paraId="570C0DCA" w14:textId="7D77BBA0" w:rsidR="002F42DF" w:rsidRDefault="002F42DF"/>
        </w:tc>
        <w:tc>
          <w:tcPr>
            <w:tcW w:w="726" w:type="dxa"/>
          </w:tcPr>
          <w:p w14:paraId="2CEEB7EB" w14:textId="2BE29C89" w:rsidR="7C6F2DD7" w:rsidRDefault="7C6F2DD7" w:rsidP="7C6F2D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3A0FF5F2" w14:textId="77777777" w:rsidR="002F42DF" w:rsidRDefault="002F4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5630AD66" w14:textId="77777777" w:rsidR="002F42DF" w:rsidRDefault="002F4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59" w:type="dxa"/>
          </w:tcPr>
          <w:p w14:paraId="61829076" w14:textId="77777777" w:rsidR="002F42DF" w:rsidRDefault="002F42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F6B39" w14:paraId="7E2A9628" w14:textId="77777777" w:rsidTr="00EF6B3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38" w:type="dxa"/>
          </w:tcPr>
          <w:p w14:paraId="34AB1AFA" w14:textId="77777777" w:rsidR="00EF6B39" w:rsidRDefault="00EF6B39"/>
        </w:tc>
        <w:tc>
          <w:tcPr>
            <w:tcW w:w="726" w:type="dxa"/>
          </w:tcPr>
          <w:p w14:paraId="2336B014" w14:textId="77777777" w:rsidR="00EF6B39" w:rsidRDefault="00EF6B39" w:rsidP="7C6F2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322" w:type="dxa"/>
          </w:tcPr>
          <w:p w14:paraId="040DBF25" w14:textId="77777777" w:rsidR="00EF6B39" w:rsidRDefault="00EF6B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03" w:type="dxa"/>
          </w:tcPr>
          <w:p w14:paraId="1E6A93AF" w14:textId="77777777" w:rsidR="00EF6B39" w:rsidRDefault="00EF6B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59" w:type="dxa"/>
          </w:tcPr>
          <w:p w14:paraId="79B05E9D" w14:textId="77777777" w:rsidR="00EF6B39" w:rsidRDefault="00EF6B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289202A" w14:textId="77777777" w:rsidR="002F5CEB" w:rsidRDefault="00581415">
      <w:pPr>
        <w:pStyle w:val="Overskrift2"/>
      </w:pPr>
      <w:r>
        <w:lastRenderedPageBreak/>
        <w:t>9. Lasting Impact and Future Plans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2F5CEB" w14:paraId="74EB7051" w14:textId="77777777" w:rsidTr="5CB551DF">
        <w:tc>
          <w:tcPr>
            <w:tcW w:w="4320" w:type="dxa"/>
          </w:tcPr>
          <w:p w14:paraId="7CE0B235" w14:textId="17C341FD" w:rsidR="002F5CEB" w:rsidRDefault="002F5CEB"/>
        </w:tc>
        <w:tc>
          <w:tcPr>
            <w:tcW w:w="4320" w:type="dxa"/>
            <w:shd w:val="clear" w:color="auto" w:fill="D9E1F2"/>
          </w:tcPr>
          <w:p w14:paraId="210B0692" w14:textId="5CA374EC" w:rsidR="002F5CEB" w:rsidRDefault="00581415">
            <w:proofErr w:type="gramStart"/>
            <w:r>
              <w:t>Reviewer</w:t>
            </w:r>
            <w:r w:rsidR="00A87A55">
              <w:t>s</w:t>
            </w:r>
            <w:proofErr w:type="gramEnd"/>
            <w:r>
              <w:t xml:space="preserve"> Comment (Feasibility, EMERGE legacy potential)</w:t>
            </w:r>
          </w:p>
        </w:tc>
      </w:tr>
      <w:tr w:rsidR="002F5CEB" w14:paraId="2BA226A1" w14:textId="77777777" w:rsidTr="5CB551DF">
        <w:tc>
          <w:tcPr>
            <w:tcW w:w="4320" w:type="dxa"/>
          </w:tcPr>
          <w:p w14:paraId="17AD93B2" w14:textId="77777777" w:rsidR="002F5CEB" w:rsidRDefault="002F5CEB"/>
        </w:tc>
        <w:tc>
          <w:tcPr>
            <w:tcW w:w="4320" w:type="dxa"/>
            <w:shd w:val="clear" w:color="auto" w:fill="D9E1F2"/>
          </w:tcPr>
          <w:p w14:paraId="0DE4B5B7" w14:textId="77777777" w:rsidR="002F5CEB" w:rsidRDefault="002F5CEB"/>
        </w:tc>
      </w:tr>
    </w:tbl>
    <w:p w14:paraId="4D5742A2" w14:textId="3D75394D" w:rsidR="002F5CEB" w:rsidRDefault="00581415">
      <w:pPr>
        <w:pStyle w:val="Overskrift2"/>
      </w:pPr>
      <w:r>
        <w:t>1</w:t>
      </w:r>
      <w:r w:rsidR="0FA3474D">
        <w:t>0</w:t>
      </w:r>
      <w:r>
        <w:t>. Reviewer Summary (for internal EMERGE use)</w:t>
      </w:r>
    </w:p>
    <w:tbl>
      <w:tblPr>
        <w:tblStyle w:val="Vanligtabell1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2F5CEB" w14:paraId="5443EB65" w14:textId="77777777" w:rsidTr="5CB551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AE8F8"/>
          </w:tcPr>
          <w:p w14:paraId="1E5A74F1" w14:textId="77777777" w:rsidR="002F5CEB" w:rsidRDefault="00581415">
            <w:r>
              <w:t>Category</w:t>
            </w:r>
          </w:p>
        </w:tc>
        <w:tc>
          <w:tcPr>
            <w:tcW w:w="2880" w:type="dxa"/>
            <w:shd w:val="clear" w:color="auto" w:fill="DAE8F8"/>
          </w:tcPr>
          <w:p w14:paraId="4C33CD94" w14:textId="7E2B1483" w:rsidR="002F5CEB" w:rsidRDefault="005814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Rating (1</w:t>
            </w:r>
            <w:r w:rsidR="7706A9F6">
              <w:t xml:space="preserve"> low </w:t>
            </w:r>
            <w:r>
              <w:t>–5</w:t>
            </w:r>
            <w:r w:rsidR="10BF7B7C">
              <w:t xml:space="preserve"> high</w:t>
            </w:r>
            <w:r>
              <w:t>)</w:t>
            </w:r>
          </w:p>
        </w:tc>
        <w:tc>
          <w:tcPr>
            <w:tcW w:w="2880" w:type="dxa"/>
            <w:shd w:val="clear" w:color="auto" w:fill="DAE8F8"/>
          </w:tcPr>
          <w:p w14:paraId="3CB4E697" w14:textId="77777777" w:rsidR="002F5CEB" w:rsidRDefault="005814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Comments</w:t>
            </w:r>
          </w:p>
        </w:tc>
      </w:tr>
      <w:tr w:rsidR="002F5CEB" w14:paraId="2530BF23" w14:textId="77777777" w:rsidTr="5CB55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AE8F8"/>
          </w:tcPr>
          <w:p w14:paraId="13E928DC" w14:textId="03988D7A" w:rsidR="002F5CEB" w:rsidRDefault="00581415">
            <w:r>
              <w:t>Alignment with EMERGE values (Inclusion, Sustainability, Resilience</w:t>
            </w:r>
            <w:r w:rsidR="554020EA">
              <w:t>, Multilingualism &amp; Cultural Diversity, Solidarity</w:t>
            </w:r>
            <w:r>
              <w:t>)</w:t>
            </w:r>
          </w:p>
        </w:tc>
        <w:tc>
          <w:tcPr>
            <w:tcW w:w="2880" w:type="dxa"/>
            <w:shd w:val="clear" w:color="auto" w:fill="DAE8F8"/>
          </w:tcPr>
          <w:p w14:paraId="4B1F511A" w14:textId="77777777" w:rsidR="002F5CEB" w:rsidRDefault="002F5C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0" w:type="dxa"/>
            <w:shd w:val="clear" w:color="auto" w:fill="DAE8F8"/>
          </w:tcPr>
          <w:p w14:paraId="65F9C3DC" w14:textId="77777777" w:rsidR="002F5CEB" w:rsidRDefault="002F5C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5CEB" w14:paraId="3508527A" w14:textId="77777777" w:rsidTr="5CB551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AE8F8"/>
          </w:tcPr>
          <w:p w14:paraId="5047875C" w14:textId="77777777" w:rsidR="002F5CEB" w:rsidRDefault="00581415">
            <w:r>
              <w:t>Collaboration and community engagement</w:t>
            </w:r>
          </w:p>
        </w:tc>
        <w:tc>
          <w:tcPr>
            <w:tcW w:w="2880" w:type="dxa"/>
            <w:shd w:val="clear" w:color="auto" w:fill="DAE8F8"/>
          </w:tcPr>
          <w:p w14:paraId="5023141B" w14:textId="77777777" w:rsidR="002F5CEB" w:rsidRDefault="002F5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80" w:type="dxa"/>
            <w:shd w:val="clear" w:color="auto" w:fill="DAE8F8"/>
          </w:tcPr>
          <w:p w14:paraId="1F3B1409" w14:textId="77777777" w:rsidR="002F5CEB" w:rsidRDefault="002F5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CEB" w14:paraId="7ED531F7" w14:textId="77777777" w:rsidTr="5CB55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AE8F8"/>
          </w:tcPr>
          <w:p w14:paraId="2C18D49B" w14:textId="77777777" w:rsidR="002F5CEB" w:rsidRDefault="00581415">
            <w:r>
              <w:t>Visibility and dissemination</w:t>
            </w:r>
          </w:p>
        </w:tc>
        <w:tc>
          <w:tcPr>
            <w:tcW w:w="2880" w:type="dxa"/>
            <w:shd w:val="clear" w:color="auto" w:fill="DAE8F8"/>
          </w:tcPr>
          <w:p w14:paraId="562C75D1" w14:textId="77777777" w:rsidR="002F5CEB" w:rsidRDefault="002F5C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0" w:type="dxa"/>
            <w:shd w:val="clear" w:color="auto" w:fill="DAE8F8"/>
          </w:tcPr>
          <w:p w14:paraId="664355AD" w14:textId="77777777" w:rsidR="002F5CEB" w:rsidRDefault="002F5C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F5CEB" w14:paraId="0BB283DD" w14:textId="77777777" w:rsidTr="5CB551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AE8F8"/>
          </w:tcPr>
          <w:p w14:paraId="3E204DDC" w14:textId="77777777" w:rsidR="002F5CEB" w:rsidRDefault="00581415">
            <w:r>
              <w:t>Feasibility and results</w:t>
            </w:r>
          </w:p>
        </w:tc>
        <w:tc>
          <w:tcPr>
            <w:tcW w:w="2880" w:type="dxa"/>
            <w:shd w:val="clear" w:color="auto" w:fill="DAE8F8"/>
          </w:tcPr>
          <w:p w14:paraId="1A965116" w14:textId="77777777" w:rsidR="002F5CEB" w:rsidRDefault="002F5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80" w:type="dxa"/>
            <w:shd w:val="clear" w:color="auto" w:fill="DAE8F8"/>
          </w:tcPr>
          <w:p w14:paraId="7DF4E37C" w14:textId="77777777" w:rsidR="002F5CEB" w:rsidRDefault="002F5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F5CEB" w14:paraId="1D8005D2" w14:textId="77777777" w:rsidTr="5CB551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shd w:val="clear" w:color="auto" w:fill="DAE8F8"/>
          </w:tcPr>
          <w:p w14:paraId="01869B6F" w14:textId="6094FA5F" w:rsidR="002F5CEB" w:rsidRDefault="00E72E9D">
            <w:r>
              <w:t>Scalability within</w:t>
            </w:r>
            <w:r w:rsidR="00581415">
              <w:t xml:space="preserve"> EMERGE</w:t>
            </w:r>
          </w:p>
        </w:tc>
        <w:tc>
          <w:tcPr>
            <w:tcW w:w="2880" w:type="dxa"/>
            <w:shd w:val="clear" w:color="auto" w:fill="DAE8F8"/>
          </w:tcPr>
          <w:p w14:paraId="44FB30F8" w14:textId="77777777" w:rsidR="002F5CEB" w:rsidRDefault="002F5C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80" w:type="dxa"/>
            <w:shd w:val="clear" w:color="auto" w:fill="DAE8F8"/>
          </w:tcPr>
          <w:p w14:paraId="1DA6542E" w14:textId="77777777" w:rsidR="002F5CEB" w:rsidRDefault="002F5C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F9CB179" w14:textId="77777777" w:rsidR="00D710FA" w:rsidRDefault="00D710FA"/>
    <w:p w14:paraId="19D2F920" w14:textId="7140050A" w:rsidR="3D484AEA" w:rsidRDefault="3D484AEA" w:rsidP="5CB551DF">
      <w:pPr>
        <w:pStyle w:val="Overskrift2"/>
      </w:pPr>
      <w:r>
        <w:t xml:space="preserve">11. Reviewers Final </w:t>
      </w:r>
      <w:r w:rsidR="29FBF10D">
        <w:t>comments</w:t>
      </w:r>
    </w:p>
    <w:p w14:paraId="75F0C283" w14:textId="07EF5C74" w:rsidR="5CB551DF" w:rsidRDefault="5CB551DF" w:rsidP="5CB551DF"/>
    <w:tbl>
      <w:tblPr>
        <w:tblW w:w="0" w:type="auto"/>
        <w:tblLook w:val="04A0" w:firstRow="1" w:lastRow="0" w:firstColumn="1" w:lastColumn="0" w:noHBand="0" w:noVBand="1"/>
      </w:tblPr>
      <w:tblGrid>
        <w:gridCol w:w="8295"/>
        <w:gridCol w:w="345"/>
      </w:tblGrid>
      <w:tr w:rsidR="5CB551DF" w14:paraId="2C382989" w14:textId="77777777" w:rsidTr="5CB551DF">
        <w:trPr>
          <w:trHeight w:val="300"/>
        </w:trPr>
        <w:tc>
          <w:tcPr>
            <w:tcW w:w="8295" w:type="dxa"/>
            <w:shd w:val="clear" w:color="auto" w:fill="D9E1F2"/>
          </w:tcPr>
          <w:p w14:paraId="05B3043B" w14:textId="67A37F9D" w:rsidR="5CB551DF" w:rsidRDefault="5CB551DF"/>
        </w:tc>
        <w:tc>
          <w:tcPr>
            <w:tcW w:w="345" w:type="dxa"/>
          </w:tcPr>
          <w:p w14:paraId="5A42479A" w14:textId="61B71A84" w:rsidR="5CB551DF" w:rsidRDefault="5CB551DF"/>
        </w:tc>
      </w:tr>
      <w:tr w:rsidR="5CB551DF" w14:paraId="438F8513" w14:textId="77777777" w:rsidTr="5CB551DF">
        <w:trPr>
          <w:trHeight w:val="300"/>
        </w:trPr>
        <w:tc>
          <w:tcPr>
            <w:tcW w:w="8295" w:type="dxa"/>
            <w:shd w:val="clear" w:color="auto" w:fill="D9E1F2"/>
          </w:tcPr>
          <w:p w14:paraId="33D48C01" w14:textId="77777777" w:rsidR="5CB551DF" w:rsidRDefault="5CB551DF"/>
        </w:tc>
        <w:tc>
          <w:tcPr>
            <w:tcW w:w="345" w:type="dxa"/>
          </w:tcPr>
          <w:p w14:paraId="6CCDD249" w14:textId="77777777" w:rsidR="5CB551DF" w:rsidRDefault="5CB551DF"/>
        </w:tc>
      </w:tr>
    </w:tbl>
    <w:p w14:paraId="37E3E373" w14:textId="5F906B38" w:rsidR="5CB551DF" w:rsidRDefault="5CB551DF"/>
    <w:sectPr w:rsidR="5CB551D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8106061">
    <w:abstractNumId w:val="8"/>
  </w:num>
  <w:num w:numId="2" w16cid:durableId="762535658">
    <w:abstractNumId w:val="6"/>
  </w:num>
  <w:num w:numId="3" w16cid:durableId="1604145049">
    <w:abstractNumId w:val="5"/>
  </w:num>
  <w:num w:numId="4" w16cid:durableId="161170113">
    <w:abstractNumId w:val="4"/>
  </w:num>
  <w:num w:numId="5" w16cid:durableId="1838038065">
    <w:abstractNumId w:val="7"/>
  </w:num>
  <w:num w:numId="6" w16cid:durableId="229730512">
    <w:abstractNumId w:val="3"/>
  </w:num>
  <w:num w:numId="7" w16cid:durableId="1706443570">
    <w:abstractNumId w:val="2"/>
  </w:num>
  <w:num w:numId="8" w16cid:durableId="1178811245">
    <w:abstractNumId w:val="1"/>
  </w:num>
  <w:num w:numId="9" w16cid:durableId="497699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E10"/>
    <w:rsid w:val="00034616"/>
    <w:rsid w:val="0006063C"/>
    <w:rsid w:val="00072554"/>
    <w:rsid w:val="000C7CE2"/>
    <w:rsid w:val="000E5B5B"/>
    <w:rsid w:val="0015074B"/>
    <w:rsid w:val="001C34E8"/>
    <w:rsid w:val="00210B82"/>
    <w:rsid w:val="00242503"/>
    <w:rsid w:val="00287E99"/>
    <w:rsid w:val="0029639D"/>
    <w:rsid w:val="002F42DF"/>
    <w:rsid w:val="002F5CEB"/>
    <w:rsid w:val="00326F90"/>
    <w:rsid w:val="003C3496"/>
    <w:rsid w:val="00415F2B"/>
    <w:rsid w:val="004A7BF0"/>
    <w:rsid w:val="00581415"/>
    <w:rsid w:val="0059231B"/>
    <w:rsid w:val="0060189C"/>
    <w:rsid w:val="0063414A"/>
    <w:rsid w:val="00701A7E"/>
    <w:rsid w:val="007119DB"/>
    <w:rsid w:val="007324F2"/>
    <w:rsid w:val="007438F1"/>
    <w:rsid w:val="008770E2"/>
    <w:rsid w:val="00892330"/>
    <w:rsid w:val="009339C0"/>
    <w:rsid w:val="00954145"/>
    <w:rsid w:val="00A87A55"/>
    <w:rsid w:val="00AA0637"/>
    <w:rsid w:val="00AA1D8D"/>
    <w:rsid w:val="00B169E3"/>
    <w:rsid w:val="00B47730"/>
    <w:rsid w:val="00B526A8"/>
    <w:rsid w:val="00BE48CA"/>
    <w:rsid w:val="00C41C0A"/>
    <w:rsid w:val="00C56BCB"/>
    <w:rsid w:val="00CB0664"/>
    <w:rsid w:val="00CD7613"/>
    <w:rsid w:val="00D1548A"/>
    <w:rsid w:val="00D34554"/>
    <w:rsid w:val="00D50758"/>
    <w:rsid w:val="00D66059"/>
    <w:rsid w:val="00D710FA"/>
    <w:rsid w:val="00DD28E7"/>
    <w:rsid w:val="00DD43E9"/>
    <w:rsid w:val="00E72E9D"/>
    <w:rsid w:val="00EF5CB2"/>
    <w:rsid w:val="00EF6B39"/>
    <w:rsid w:val="00FC2095"/>
    <w:rsid w:val="00FC693F"/>
    <w:rsid w:val="00FD028A"/>
    <w:rsid w:val="00FD06C4"/>
    <w:rsid w:val="00FF5B82"/>
    <w:rsid w:val="014D0E77"/>
    <w:rsid w:val="04EB3AB5"/>
    <w:rsid w:val="0A5D73DE"/>
    <w:rsid w:val="0D2A5DAF"/>
    <w:rsid w:val="0DBB0256"/>
    <w:rsid w:val="0E601DE5"/>
    <w:rsid w:val="0FA3474D"/>
    <w:rsid w:val="10BF7B7C"/>
    <w:rsid w:val="147A9F4E"/>
    <w:rsid w:val="18ACBD3E"/>
    <w:rsid w:val="1CD94F3C"/>
    <w:rsid w:val="2285CF58"/>
    <w:rsid w:val="231217FA"/>
    <w:rsid w:val="23D311F8"/>
    <w:rsid w:val="2725413A"/>
    <w:rsid w:val="29FBF10D"/>
    <w:rsid w:val="2C17AB6F"/>
    <w:rsid w:val="2C48AA45"/>
    <w:rsid w:val="31820469"/>
    <w:rsid w:val="35A94E8B"/>
    <w:rsid w:val="37E4C9F5"/>
    <w:rsid w:val="398E6EAE"/>
    <w:rsid w:val="3D484AEA"/>
    <w:rsid w:val="42E31F43"/>
    <w:rsid w:val="463042A2"/>
    <w:rsid w:val="5048C24B"/>
    <w:rsid w:val="522ADBCF"/>
    <w:rsid w:val="54555D7F"/>
    <w:rsid w:val="554020EA"/>
    <w:rsid w:val="5CB551DF"/>
    <w:rsid w:val="5D80F774"/>
    <w:rsid w:val="5DB27B17"/>
    <w:rsid w:val="66A3A24C"/>
    <w:rsid w:val="678A092F"/>
    <w:rsid w:val="6DD989A8"/>
    <w:rsid w:val="71444947"/>
    <w:rsid w:val="738FD972"/>
    <w:rsid w:val="7676DC8C"/>
    <w:rsid w:val="7706A9F6"/>
    <w:rsid w:val="7B877C18"/>
    <w:rsid w:val="7C6F2DD7"/>
    <w:rsid w:val="7F5E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0739D19-5E8B-46F1-B50A-E432760F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Vanligtabell1">
    <w:name w:val="Plain Table 1"/>
    <w:basedOn w:val="Vanligtabell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18e071-2414-464c-baa9-517fed533300">
      <Terms xmlns="http://schemas.microsoft.com/office/infopath/2007/PartnerControls"/>
    </lcf76f155ced4ddcb4097134ff3c332f>
    <TaxCatchAll xmlns="62766432-b89a-4e41-bd29-8074e955e2f0" xsi:nil="true"/>
    <_dlc_DocId xmlns="62766432-b89a-4e41-bd29-8074e955e2f0">R7454QCZX5W3-2121601007-124326</_dlc_DocId>
    <_dlc_DocIdUrl xmlns="62766432-b89a-4e41-bd29-8074e955e2f0">
      <Url>https://uinnlandet.sharepoint.com/sites/INNFELLES/_layouts/15/DocIdRedir.aspx?ID=R7454QCZX5W3-2121601007-124326</Url>
      <Description>R7454QCZX5W3-2121601007-124326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3C12DF564E794B9CD76A213295074B" ma:contentTypeVersion="13" ma:contentTypeDescription="Opprett et nytt dokument." ma:contentTypeScope="" ma:versionID="c1c0014aec55e2c820cb08c303d38c54">
  <xsd:schema xmlns:xsd="http://www.w3.org/2001/XMLSchema" xmlns:xs="http://www.w3.org/2001/XMLSchema" xmlns:p="http://schemas.microsoft.com/office/2006/metadata/properties" xmlns:ns2="62766432-b89a-4e41-bd29-8074e955e2f0" xmlns:ns3="c618e071-2414-464c-baa9-517fed533300" targetNamespace="http://schemas.microsoft.com/office/2006/metadata/properties" ma:root="true" ma:fieldsID="3daa305fdf4ca2a1c4bc5e4b02dbaeb2" ns2:_="" ns3:_="">
    <xsd:import namespace="62766432-b89a-4e41-bd29-8074e955e2f0"/>
    <xsd:import namespace="c618e071-2414-464c-baa9-517fed53330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66432-b89a-4e41-bd29-8074e955e2f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6eeff269-00fc-4a72-957a-27e711779336}" ma:internalName="TaxCatchAll" ma:showField="CatchAllData" ma:web="62766432-b89a-4e41-bd29-8074e955e2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8e071-2414-464c-baa9-517fed5333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9CCA9F-D280-4A4D-8D3C-1B4A907AB1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68B40B-6C21-4A30-977D-31109C3A3EBB}">
  <ds:schemaRefs>
    <ds:schemaRef ds:uri="http://schemas.microsoft.com/office/2006/metadata/properties"/>
    <ds:schemaRef ds:uri="http://schemas.microsoft.com/office/infopath/2007/PartnerControls"/>
    <ds:schemaRef ds:uri="c52d0b28-16ff-48f4-9469-7b5a22c40458"/>
    <ds:schemaRef ds:uri="d9beab30-9839-4b5c-ae51-cbb2d51e8a2d"/>
    <ds:schemaRef ds:uri="c618e071-2414-464c-baa9-517fed533300"/>
    <ds:schemaRef ds:uri="62766432-b89a-4e41-bd29-8074e955e2f0"/>
  </ds:schemaRefs>
</ds:datastoreItem>
</file>

<file path=customXml/itemProps4.xml><?xml version="1.0" encoding="utf-8"?>
<ds:datastoreItem xmlns:ds="http://schemas.openxmlformats.org/officeDocument/2006/customXml" ds:itemID="{E835D771-FAD4-404D-A48B-48907544E04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F1E5C18-3119-4C0D-8B49-D9E1B9400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766432-b89a-4e41-bd29-8074e955e2f0"/>
    <ds:schemaRef ds:uri="c618e071-2414-464c-baa9-517fed533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1899</Characters>
  <Application>Microsoft Office Word</Application>
  <DocSecurity>0</DocSecurity>
  <Lines>15</Lines>
  <Paragraphs>4</Paragraphs>
  <ScaleCrop>false</ScaleCrop>
  <Manager/>
  <Company/>
  <LinksUpToDate>false</LinksUpToDate>
  <CharactersWithSpaces>2253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Sacha Irene de Raaf</cp:lastModifiedBy>
  <cp:revision>27</cp:revision>
  <dcterms:created xsi:type="dcterms:W3CDTF">2013-12-24T07:15:00Z</dcterms:created>
  <dcterms:modified xsi:type="dcterms:W3CDTF">2026-03-05T12:29:00Z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0x010100E23C12DF564E794B9CD76A213295074B</vt:lpwstr>
  </property>
  <property fmtid="{D5CDD505-2E9C-101B-9397-08002B2CF9AE}" pid="3" name="Order">
    <vt:r8>12432600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_dlc_DocIdItemGuid">
    <vt:lpwstr>8ebfdf47-4d92-744f-8961-ec4f703d0ab5</vt:lpwstr>
  </property>
</Properties>
</file>